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2S/32/2011 z 30. 7. 2013</w:t>
      </w:r>
    </w:p>
    <w:p>
      <w:r>
        <w:t>Uznesenie Krajského súdu Bratislava z 30. júla 2013, sp. zn. 2S/32/2011, ECLI:SK:KSBA:2013:1011200367.3</w:t>
      </w:r>
    </w:p>
    <w:p>
      <w:r>
        <w:t>Súd: Krajský súd Bratislava</w:t>
      </w:r>
    </w:p>
    <w:p>
      <w:r>
        <w:t>Spisová značka: 2S/32/2011</w:t>
      </w:r>
    </w:p>
    <w:p>
      <w:r>
        <w:t>ECLI: ECLI:SK:KSBA:2013:1011200367.3</w:t>
      </w:r>
    </w:p>
    <w:p>
      <w:r>
        <w:t>Dátum vydania: 30. 7. 2013</w:t>
      </w:r>
    </w:p>
    <w:p>
      <w:r>
        <w:t>Forma: Uznesenie</w:t>
      </w:r>
    </w:p>
    <w:p>
      <w:pPr>
        <w:pStyle w:val="Heading2"/>
      </w:pPr>
      <w:r>
        <w:t>Text rozhodnutia</w:t>
      </w:r>
    </w:p>
    <w:p>
      <w:r>
        <w:t>Súd: Krajský súd Bratislava Spisová značka: 2S/32/2011 Identifikačné číslo súdneho spisu: 1011200367 Dátum vydania rozhodnutia: 31. 07. 2013 Meno a priezvisko sudcu, VSÚ: JUDr. Marián Trenčan ECLI: ECLI:SK:KSBA:2013:1011200367.3 Uznesenie Krajský súd v Bratislave v právnej veci žalobcu: Slovenský plynárenský priemysel, a.s., IČO: 35 815 256, so sídlom Mlynské nivy 44/a, 825 11 Bratislava, zastúpený: Dedák &amp; Partners, s.r.o., Mlynské Nivy 45, 821 09 Bratislava, substitučný splnomocnenec: Advokátska kancelária Tomáš Kamenec, s.r.o., Špitálska 43, 811 08 Bratislava, proti žalovanému: Rada pre reguláciu, so sídlom Bajkalská 27, P. O. BOX 12, 820 07 Bratislava 27, zastúpený: JUDr. Miloš Kvasňovský, advokát, Dunajská 32, 811 08 Bratislava, o preskúmanie zákonnosti rozhodnutia žalovaného č. XX/XXXXX/XX/RpR zo dňa XX.XX.XXXX., takto r o z h o d o l : Krajský súd v Bratislave konanie z a s t a v u j e . Žiaden z účastníkov nemá právo na náhradu trov konania. o d ô v o d n e n i e : Žalobou doručenou tunajšiemu súdu dňa 04.03.2011 sa žalobca domáhal preskúmania zákonnosti rozhodnutia Rady pre reguláciu č. XX/XXXXX/XX/RpR zo dňa XX.XX.XXXX, ktorým bolo zastavené konanie vo veci odvolania žalobcu zo dňa 27.09.2010 proti rozhodnutiu Úradu pre reguláciu sieťových odvetví č. XXXX/XXXX/P-ZK zo dňa 18.08.2010 o zamietnutí návrhu na zmenu rozhodnutia č. XXXX/ XXXX/P zo dňa XX.XX.XXXX a zastavení cenového konania. Podaním doručeným tunajšiemu súdu dňa 16.07.2013 vzal žalobca svoju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https://www.kauzis.sk/judikatura/r/ECLI:SK:KSBA:2013:1011200367.3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