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8Sd/61/2011 z 18. 2. 2013</w:t>
      </w:r>
    </w:p>
    <w:p>
      <w:r>
        <w:t>Rozsudok Krajského súdu Bratislava z 18. februára 2013, sp. zn. 8Sd/61/2011, ECLI:SK:KSBA:2013:1011200544.1</w:t>
      </w:r>
    </w:p>
    <w:p>
      <w:r>
        <w:t>Súd: Krajský súd Bratislava</w:t>
      </w:r>
    </w:p>
    <w:p>
      <w:r>
        <w:t>Spisová značka: 8Sd/61/2011</w:t>
      </w:r>
    </w:p>
    <w:p>
      <w:r>
        <w:t>ECLI: ECLI:SK:KSBA:2013:1011200544.1</w:t>
      </w:r>
    </w:p>
    <w:p>
      <w:r>
        <w:t>Dátum vydania: 18. 2. 2013</w:t>
      </w:r>
    </w:p>
    <w:p>
      <w:r>
        <w:t>Forma: Rozsudok</w:t>
      </w:r>
    </w:p>
    <w:p>
      <w:r>
        <w:t>Oblasť práva: Správne právo</w:t>
      </w:r>
    </w:p>
    <w:p>
      <w:pPr>
        <w:pStyle w:val="Heading2"/>
      </w:pPr>
      <w:r>
        <w:t>Text rozhodnutia</w:t>
      </w:r>
    </w:p>
    <w:p>
      <w:r>
        <w:t>Súd: Krajský súd Bratislava Spisová značka: 8Sd/61/2011 Identifikačné číslo súdneho spisu: 1011200544 Dátum vydania rozhodnutia: 19. 02. 2013 Meno a priezvisko sudcu, VSÚ: JUDr. Peter Pospech ECLI: ECLI:SK:KSBA:2013:1011200544.1 ROZSUDOK V MENE SLOVENSKEJ REPUBLIKY Krajský súd v Bratislave pred samosudcom JUDr. Petrom Pospechom, v právnej veci navrhovateľa: E. S., K.. XX.XX.XXXX, O. W. XXXX/X, XXX XX O., proti odporkyni: Sociálna poisťovňa - ústredie, Ul. 29. augusta 8, 813 63 Bratislava, zast. JUDr. Marcelou Slamkovou, v spore o vdovecký dôchodok, takto r o z h o d o l : Krajský súd v Bratislave rozhodnutie odporkyne č. XXX XXX XXXX X zo dňa 03.02.2011 a č. XXX XXX XXXX X G. dňa 05.04.2011 p o t v r d z u j e . Navrhovateľovi súd náhradu trov konania nepriznáva. o d ô v o d n e n i e : Napadnutým rozhodnutím č. XXX XXX XXXX X zo dňa 03.02.2011 bola navrhovateľovi podľa § 293n ods. 1 zákona č. 461/2003 Z.z. o sociálnom poistení v znení zákona č. 310/2006 Z.z. zamietnutá žiadosť o priznanie vdoveckého dôchodku zo dňa 14.01.2011. Navrhovateľ vo svojom opravnom prostriedku žiada priznať vdovecký dôchodok a posúdiť nárok podľa § 74 ods. 3 písm. d/ zákona č. 461/2003 Z.z. nakoľko dňa 15.01.2011 dovŕšil vek XX rokov a vychoval 2 deti. Súčasne uviedol, že vdovecký dôchodok mu bol priznaný od 06.04.1996 o odňatý od 16.09.2007 z dôvodu, že sa prestal starať o nezaopatrené dieťa. K opravnému prostriedku sa písomne vyjadrila odporkyňa svojím písomným podaním zo dňa 22.03.2011 s tým, že žiadala konajúci súd o poskytnutie primeranej lehoty na posúdenie nároku navrhovateľa. V doplňujúcom písomnom vyjadrení, došlo súdu dňa 03.05.2011, po preskúmaní námietok dospela k záveru, že navrhovateľ nespĺňa podmienky nároku na vdovecký dôchodok, stanovené v ustanovení § 293n ods. 1 zákona č. 461/2003. Krajský súd v Bratislave ako súd vecne a miestne príslušný na konanie v predmetnej veci podľa hlavy tretej, piatej časti O.s.p. preskúmal napadnuté rozhodnutie v rozsahu dôvodov, ktoré navrhovateľ uviedol v svojom opravnom prostriedku podľa § 244 O.s.p. a po preskúmaní napadnutého rozhodnutia dospel k záveru, že opravný prostriedok navrhovateľa nie je dôvodný. Napadnutým rozhodnutím č. XXX XXX XXXX X zo dňa 03.02.2011 bola navrhovateľovi podľa § 293n ods. 1 zákona č. 461/2003 Z.z. o sociálnom poistení v znení zákona č. 310/2006 Z.z. zamietnutá žiadosť o priznanie vdoveckého dôchodku zo 14.01.2011. Navrhovateľ vo svojom opravnom prostriedku žiadal priznať vdovecký dôchodok a posúdiť jeho nárok podľa § 74 ods. 3 písm. d/ zákona č. 461/2003 Z.z. nakoľko dňa 15.01.2011 dovŕšil vek 52 rokov a vychoval dve deti. Súčasne uviedol, že vdovecký dôchodok mu bol priznaný od 06.04.1996 a odňatý od 16.09.2007 z dôvodu, že sa prestal starať o nezaopatrené dieťa. Rozhodnutím č. XXX XXX XXXX X zo dňa 10. februára 1997 bol navrhovateľovi priznaný vdovecký dôchodok podľa ustanovenia § 48a zákona č. 100/1988 a čl. 11 Zmluvy medzi Slovenskou a Českou republikou o sociálnom zabezpečení od 06.04.1995. Vdovecký dôchodok bol odňatý rozhodnutím č. XXX XXX XXXX X zo dňa 12.06.2007 podľa ust. § 260 a § 112 ods. 2 zákona č. 461/2003 Z.z. a § 48a zákona č. 100/1988 z dôvodu, že navrhovateľ nespĺňal podmienku nároku na vdovecký dôchodok, ktorá je ustanovená v § 48a zákona č. 100/1988 Zb. Podľa § 48a ods. 1 zákona č. 100/1988 vdovec má nárok na vdovecký dôchodok po manželke, ak sa stará aspoň o jedno zaopatrené dieťa, uvedené v ust. § 46 ods. 3 tohto zákona. Nárok na vdovecký dôchodok zaniká, ak ovdovelý muž uzavrie znova manželstvo. Nakoľko navrhovateľ už nemal v starostlivosti nezaopatrené dieťa. Nárok na vdovecký dôchodok od 16.09.2007 zanikol. Proti predmetnému rozhodnutiu navrhovateľ nepodal opravný prostriedok a rozhodnutie nadobudlo právoplatnosť. Navrhovateľ opätovne požiadal o priznanie vdoveckého dôchodku svojou žiadosťou zo dňa 14.01.2011. Právne vzťahy dôchodkového zabezpečenia sa posudzujú zásadne podľa právnych predpisov, účinných v čase ich vzniku. Z ustanovenia § 260 ods. 1 zákona č. 461/2003 Z.z. vyplýva, že ako bol vdovecký dôchodok priznaný pred 01.01.2004 a nárok na jeho výplatu trval aj po 31.12.2003 potom sa vdovecký dôchodok vypláca len vtedy ako sú splnené podmienky výplaty vdoveckého dôchodku, uvedené v § 48a ods. 1 zákona č. 100/1988 Zb. o sociálnom zabezpečení. V znení neskorších predpisov to znamená ak je splnená podmienka starostlivosti aspoň o jedno nezaopatrené dieťa, uvedené v § 46 ods. 3 zákona č. 100/1988 Zb. Zákon č. 461/2003 Z.z. s výnimkou § 293n v žiadnom so svojím prechodných ustanovení neupravuje opätovný vznik nárok na vdovecký dôchodok podľa predpisov účinných po 01.01.2004. Podľa § 293n ods. 1 zákona č. 461/2003 Z.z. vdovec, ktorého manželka zomrela pre 01.01.2004 nebol mu priznaný vdovecký dôchodok podľa predpisov účinných pred 01.01.2004 alebo zanikol nárok na taký vdovecký dôchodok pred 01. augustom 2006 a ku dňu manželky najneskôr do uplynutia 3 rokov od smrti manželky, dovŕšil dôchodkový vek alebo bol uznaný invalidným a táto invalidita trvá aj po 31.07.2006, z dôvodu poklesu schopnosti vykonávať zárobkovú činnosť o viac ako XX %, má nárok na vdovecký dôchodok ktorá ku dňu smrti bola poberateľkou starobného dôchodku, pomerného starobného dôchodku, invalidného dôchodku, čiastočne invalidného dôchodku alebo dôchodku za výsluchu rokov, alebo ku dňu smrti splnila podmienky nároku na starobný dôchodok, pomerný starobný dôchodok alebo získala nárok na invalidný dôchodok alebo dôchodok za výsluhu rokov alebo zomrela v dôsledku pracovného úrazu alebo choroby z povolania. Navrhovateľ však podmienky stanovené v ust. § 293n ods. 1 zákona č. 461/2003 Z.z. nespĺňa. Nárok na vdovecký dôchodok a jeho výplatu u vdovcov, ktorí ovdoveli pred 01.01.2004 zákon o sociálnom poistení spôsobom odchylným od úpravy, uvedenej v § 260 ods. 1 a § 293n neupravuje. Ustanovenie § 260 ods. 1 zákona č. 461/2003 Z.z. preto priamo vylučuje možnosť vzniku nároku na vdovecký dôchodok podľa § 74 ods. 3 tohto zákona u vdovca, ktorý ovdovel pre 01.01.2004. Po preskúmaní napadnutého rozhodnutia č. XXX XXX XXXX X zo dňa 03.02.2011 v spojení s rozhodnutím zo dňa 05.04.2011 konajúci súd dospel k záveru, že predmetné rozhodnutie odporcu je správne a bolo vydané v súlade so zákonom a preto ich potvrdil podľa § 250q ods. 2 O.s.p.. Výrok o trovách konania súd oprel o neúspešnosť navrhovateľa v spore podľa § 250k a l O.s.p. a navrhovateľovi trovy konania nepriznal. Poučenie: Proti tomuto rozhodnutiu je možné podať odvolanie v lehote 15 dní od jeho doručenia na Krajskom súde v Bratislave, písomne, dvojmo. V odvolaní sa má uviesť okrem všeobecných náležitostí / § 42 ods. 3 O.s.p./, proti ktorému rozhodnutiu odvolanie smeruje, v akom rozsahu ho napáda a v čom odvolávateľ vidí nesprávnosť postupu a rozhodnutia súdu.</w:t>
      </w:r>
    </w:p>
    <w:p/>
    <w:p>
      <w:r>
        <w:t>Zdroj: KAUZIS.SK – https://www.kauzis.sk/judikatura/r/ECLI:SK:KSBA:2013:1011200544.1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