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1S/80/2011 z 24. 7. 2013</w:t>
      </w:r>
    </w:p>
    <w:p>
      <w:r>
        <w:t>Uznesenie Krajského súdu Bratislava z 24. júla 2013, sp. zn. 1S/80/2011, ECLI:SK:KSBA:2013:1011200827.2</w:t>
      </w:r>
    </w:p>
    <w:p>
      <w:r>
        <w:t>Súd: Krajský súd Bratislava</w:t>
      </w:r>
    </w:p>
    <w:p>
      <w:r>
        <w:t>Spisová značka: 1S/80/2011</w:t>
      </w:r>
    </w:p>
    <w:p>
      <w:r>
        <w:t>ECLI: ECLI:SK:KSBA:2013:1011200827.2</w:t>
      </w:r>
    </w:p>
    <w:p>
      <w:r>
        <w:t>Dátum vydania: 24. 7. 2013</w:t>
      </w:r>
    </w:p>
    <w:p>
      <w:r>
        <w:t>Forma: Uznesenie</w:t>
      </w:r>
    </w:p>
    <w:p>
      <w:pPr>
        <w:pStyle w:val="Heading2"/>
      </w:pPr>
      <w:r>
        <w:t>Text rozhodnutia</w:t>
      </w:r>
    </w:p>
    <w:p>
      <w:r>
        <w:t>Súd: Krajský súd Bratislava Spisová značka: 1S/80/2011 Identifikačné číslo súdneho spisu: 1011200827 Dátum vydania rozhodnutia: 25. 07. 2013 Meno a priezvisko sudcu, VSÚ: JUDr. Nora Majerníková ECLI: ECLI:SK:KSBA:2013:1011200827.2 Uznesenie Krajský súd v Bratislave v právnej veci žalobcu: Slovenský plynárenský priemysel, a.s., Mlynské Nivy 44/a, 825 11 Bratislava, proti žalovanému: Rada pre reguláciu, Bajkalská 27, 820 07 Bratislava, o preskúmanie zákonnosti rozhodnutia žalovaného č. 03/18614/11/RpR zo dňa 21.02.2011, jednohlasne takto r o z h o d o l : Krajský súd v Bratislave konanie z a s t a v u j e . Žiaden z účastníkov n e m á právo na náhradu trov konania. Žalobcovi sa v r a c i a súdny poplatok za žalobu vo výške 59,37 eur, prostredníctvom Daňového úradu Bratislava, po právoplatnosti rozhodnutia. o d ô v o d n e n i e : Žalobou doručenou tunajšiemu súdu dňa 05.05.2011 sa žalobca domáhal preskúmania zákonnosti rozhodnutia žalovaného č. 03/18614/11/RpR zo dňa 21.02.2011, ktorým zastavil rozhodnutie Úradu pre reguláciu sieťových odvetví č. 0008/2010/P-ZK zo dňa 11.10.2010, ako aj postupu, ktorý vydaniu napadnutého rozhodnutia predchádzal, zo dňa 04.05.2011 vedenú na Krajskom súde v Bratislave pod sp. zn. 1S 80/2011 vo veci určenia cien za dodávku plynu pre domácnosti a podmienkach uplatňovania cien za dodávku plynu na obdobie od 1. januára 2010 do 31. decembra 2010. Ešte pred pojednávaním, podaním doručeným tunajšiemu súdu dňa 16.7.2013, vzal žalobca podanú žalobu späť v celom rozsahu.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6,63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Keďže žalobca vzal návrh späť pred prvým pojednávaním, postupoval súd podľa § 11 ods. 3 v spojení s §11 ods. 4 zákona o súdnych poplatkoch a vrátil žalobcovi zaplatený súdny poplatok krátený o 6,63 eur, teda vo výške 59,37 eur a to prostredníctvom Daňového úradu Bratislava, po právoplatnosti tohto rozhodnutia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https://www.kauzis.sk/judikatura/r/ECLI:SK:KSBA:2013:1011200827.2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