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8Sd/102/2011 z 16. 9. 2013</w:t>
      </w:r>
    </w:p>
    <w:p>
      <w:r>
        <w:t>Uznesenie Krajského súdu Bratislava z 16. septembra 2013, sp. zn. 8Sd/102/2011, ECLI:SK:KSBA:2013:1011200833.3</w:t>
      </w:r>
    </w:p>
    <w:p>
      <w:r>
        <w:t>Súd: Krajský súd Bratislava</w:t>
      </w:r>
    </w:p>
    <w:p>
      <w:r>
        <w:t>Spisová značka: 8Sd/102/2011</w:t>
      </w:r>
    </w:p>
    <w:p>
      <w:r>
        <w:t>ECLI: ECLI:SK:KSBA:2013:1011200833.3</w:t>
      </w:r>
    </w:p>
    <w:p>
      <w:r>
        <w:t>Dátum vydania: 16.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8Sd/102/2011 Identifikačné číslo súdneho spisu: 1011200833 Dátum vydania rozhodnutia: 17. 09. 2013 Meno a priezvisko sudcu, VSÚ: JUDr. Peter Pospech ECLI: ECLI:SK:KSBA:2013:1011200833.3 Uznesenie Krajský súd v Bratislave v právnej veci navrhovateľa: I. Y., H. Š. Y. X, XXX XX H.,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20.02.2011 žiadal preskúmať rozhodnutie odporkyne číslo XXX XXX XXXX zo dňa 16.11.2010, ktorým odporkyňa zamietla žiadosť navrhovateľa o invalidný dôchodok z dôvodu nezískania potrebného počtu rokov dôchodkového poistenia. Dňa 17.09.2013 na pojednávaní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https://www.kauzis.sk/judikatura/r/ECLI:SK:KSBA:2013:1011200833.3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