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5Sd/105/2011 z 29. 1. 2013</w:t>
      </w:r>
    </w:p>
    <w:p>
      <w:r>
        <w:t>Uznesenie Krajského súdu Bratislava z 29. januára 2013, sp. zn. 5Sd/105/2011, ECLI:SK:KSBA:2013:1011200848.2</w:t>
      </w:r>
    </w:p>
    <w:p>
      <w:r>
        <w:t>Súd: Krajský súd Bratislava</w:t>
      </w:r>
    </w:p>
    <w:p>
      <w:r>
        <w:t>Spisová značka: 5Sd/105/2011</w:t>
      </w:r>
    </w:p>
    <w:p>
      <w:r>
        <w:t>ECLI: ECLI:SK:KSBA:2013:1011200848.2</w:t>
      </w:r>
    </w:p>
    <w:p>
      <w:r>
        <w:t>Dátum vydania: 29. 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5Sd/105/2011 Identifikačné číslo súdneho spisu: 1011200848 Dátum vydania rozhodnutia: 30. 01. 2013 Meno a priezvisko sudcu, VSÚ: JUDr. Renáta Janáková ECLI: ECLI:SK:KSBA:2013:1011200848.2 Uznesenie Krajský súd v Bratislave v právnej veci navrhovateľky E. N., bytom Z., B. L. XXX/X, proti odporkyni Sociálnej poisťovni ústredie, Ul. 29. augusta č. 8, Bratislava, o starobný dôchodok, takto r o z h o d o l : Súd konanie z a s t a v u j e . Žiaden z účastníkov nemá právo na náhradu trov konania. o d ô v o d n e n i e : Navrhovateľka vo svojom podaní zo dňa 29.3.2011 žiadala preskúmať rozhodnutie odporkyne č. XXX XXX XXXX zo dňa 1.3.2011 o zastavení výplaty predčasného starobného dôchodku od 12.3.2011, pretože jej dôchodkové poistenie zaniklo. Pretože spoločnosť Technické služby čistenie, s.r.o. Bratislava je v konkurze a po celý rok 2010 od spoločnosti nedostávala a ani nedostáva žiadnu mzdu. Odporkyňa rozhodnutím č. XXX XXX XXXX zo dňa 1.3.2011 podľa § 293bt ods. 3 zákona č. 461/2003 Z.z. o sociálnom poistení, zastavila navrhovateľke od 12.3.2011 výplatu predčasného starobného dôchodku. Odporkyňa rozhodnutím č. XXX XXX XXXX zo dňa 19.4.2011 podľa § 112 ods. 1 zákona č. 461/2003 Z.z. o sociálnom poistení zrušila rozhodnutie Sociálnej poisťovne, ústredie č. XXX XXX XXXX zo dňa 1.3.2011 o zastavení výplaty predčasného starobného dôchodku, čím navrhovateľke celkom vyhovela. Podľa § 250o Občianskeho súdneho poriadku (ďalej len O.s.p.), ak správny orgán, ktorého rozhodnutie súd preskúmava, vydá nové rozhodnutie, ktorým návrhu celkom vyhovie, súd uznesením konanie zastaví. Súd podľa § 250o O.s.p. konanie zastavil. O trovách konania súd rozhodol podľa § 246c a § 146 ods. 1 písm. c)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https://www.kauzis.sk/judikatura/r/ECLI:SK:KSBA:2013:1011200848.2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