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8Sd/133/2011 z 17. 6. 2013</w:t>
      </w:r>
    </w:p>
    <w:p>
      <w:r>
        <w:t>Rozsudok Krajského súdu Bratislava z 17. júna 2013, sp. zn. 8Sd/133/2011, ECLI:SK:KSBA:2013:1011201182.2</w:t>
      </w:r>
    </w:p>
    <w:p>
      <w:r>
        <w:t>Súd: Krajský súd Bratislava</w:t>
      </w:r>
    </w:p>
    <w:p>
      <w:r>
        <w:t>Spisová značka: 8Sd/133/2011</w:t>
      </w:r>
    </w:p>
    <w:p>
      <w:r>
        <w:t>ECLI: ECLI:SK:KSBA:2013:1011201182.2</w:t>
      </w:r>
    </w:p>
    <w:p>
      <w:r>
        <w:t>Dátum vydania: 17. 6. 2013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8Sd/133/2011 Identifikačné číslo súdneho spisu: 1011201182 Dátum vydania rozhodnutia: 18. 06. 2013 Meno a priezvisko sudcu, VSÚ: JUDr. Peter Pospech ECLI: ECLI:SK:KSBA:2013:1011201182.2 ROZSUDOK V MENE SLOVENSKEJ REPUBLIKY Krajský súd v Bratislave pred samosudcom JUDr. Petrom Pospechom, v právnej veci navrhovateľky: E. A., F.. XX.XX.XXXX, T. XXX XX T., R. XXXX/X, proti odporkyni: Sociálna poisťovňa - ústredie, Ul. 29. augusta 8, 813 63 Bratislava, zast. JUDr. Evou Susedíkovou, v spore o sumu invalidného dôchodku, takto r o z h o d o l : Súd napadnuté rozhodnutie odporkyne č. XXX XXX XXXX zo dňa 08. apríla 2011 p o t v r d z u j e . Navrhovateľke súd náhradu trov konania nepriznáva. o d ô v o d n e n i e : Napadnutým rozhodnutím č. XXX XXX XXXX zo dňa 08.04.2011 odporkyňa navrhovateľke podľa § 70 ods. 1, § 82 zákona č. 461/2003 Z.z. o sociálnom poistení v znení neskorších predpisov a čl. 52 ods. 1 písm. a/ a ods. 4 nariadenia /ES/ Európskeho parlamentu a Rady č. 883/2004 o koordinácii systémov sociálneho zabezpečenia v znení nariadenia Európskeho parlamentu a Rady /ES/ č. 988/2009 priznala invalidný dôchodok od 04.10.2010 v sume XX,XX,- EUR mesačne. Svoje rozhodnutie odporkyňa odôvodnila tým, že navrhovateľka z dôchodkového poistenia Slovenskej republiky nezískala počet rokov dôchodkového poistenia, potrebný na vznik nároku na dôchodok. Spolu získala X XXX dní. V odvolaní navrhovateľka namietala, že v predmetnom konaní neboli dodržané termíny, stanovené zákonom č. 461/2003 Z.z. o sociálnom poistení. Procesne neboli správne zoradené informácie o posudzovanej osobe a nesprávne priradené doby, získané na území Slovenskej republiky a bývalého československého štátu? vzhľadom na námietky, ktoré navrhovateľka uviedla vo svojom opravnom prostriedku žiadala rozhodnutie odporkyne zrušiť a vrátiť odporkyni na nové konanie. K opravnému prostriedku ako i k predmetu sporu sa písomne vyjadrila odporkyňa svojim písomným podaním zo dňa 23.06.2011, kde odporkyňa uviedla, že podľa § 72 ods. 1 písm. g/ zákona č. 461/2003 Z.z. v znení neskorších predpisov potrebný počet rokov dôchodkového poistenia u poistenca vo veku nad XX rokov je 15 rokov obdobia dôchodkového poistenia a zisťuje sa z celého obdobia pred vznikom invalidity. Podľa žiadosti o invalidný dôchodok do 31.03.1993 bola navrhovateľka pracovne činná v Českej republike a od 01.04.1993 do 09.06.1996 bola navrhovateľka v Slovenskej republike evidovaná ako nezamestnaná a ďalej od 01.10.2001 do priznania dôchodku. z dôchodkového poistenia Slovenskej republiky nezískala navrhovateľka počet rokov obdobia dôchodkového poistenia, ktorý je potrebný pre vznik nároku na dôchodok. Navrhovateľka spolu získala XXXX dní a v Českej republike získala XXXX dní obdobia dôchodkového poistenia. Krajský súd v Bratislave ako súd vecne a miestne príslušný na konanie podľa tretej hlavy piatej časti O.s.p. preskúmal napadnuté rozhodnutie odporkyne v rozsahu dôvodov, ktoré uviedla navrhovateľka vo svojom opravnom prostriedku a dospel k záveru, že opravný prostriedok navrhovateľky nie je dôvodný. Z obsahu spisu zistil nasledovný skutkový a právny stav. Navrhovateľka žiadosťou o invalidný dôchodok zo dňa 23.11.2010 požiadala odporkyňu o priznanie invalidného dôchodku s účinnosťou od 04.10.2010. Podľa posudku posudkového lekára sociálneho poistenia Sociálnej poisťovne, pobočky Bratislava zo dňa 23.11.2010 bola navrhovateľka uznaná za invalidnú podľa § 71 ods. 1 zákona č. 461/2003 Z.z. o sociálnom poistení. Miera poklesu schopnosti vykonávať zárobkovú činnosť je u navrhovateľky stanovená na XX % a dátum vzniku invalidity od 04.10.2010. Podľa § 70 ods. 1 zákona č. 461/2003 Z.z. o sociálnom poistení v znení neskorších predpisov nárok na invalidný dôchodok má poistenec - ak je invalidný v dôsledku všeobecného ochorenia; - získal potrebný počet rokov obdobia dôchodkového poistenia; - nesplnil podmienky nároku na starobný dôchodok alebo mu nebol priznaný starobný dôchodok ku dňu vzniku invalidity. Podľa § 72 ods. 1 písm. g/ zákona č. 461/2003 Z.z. o sociálnom poistení v znení neskorších predpisov potrebný počet rokov dôchodkového poistenia u poistenca vo veku nad 45 rokov je 15 rokov obdobia dôchodkového poistenia a zisťuje sa z celého obdobia pred vznikom invalidity. Navrhovateľka podľa žiadosti o invalidný dôchodok do 310.3.1993 bola pracovne činná v českej republike a od 01.04.1993 do 09.06.1996 bola v Slovenskej republike evidovaná ako nezamestnaná a ďalej od 01.10.2001 do priznania dôchodku. z dôchodkového poistenia Slovenskej republiky nezískala potrebný počet rokov obdobia dôchodkového poistenia, potrebný pre vznik nároku na dôchodok. Spolu získala XXXX dní. Po preskúmaní napadnutého rozhodnutia konajúci súd dospel k záveru, že rozhodnutie č. XXX XXX XXXX zo dňa 08.04.2011 je správne a bolo vydané v súlade so zákonom. predmetné napadnuté rozhodnutie žiadala potvrdiť aj právna zástupkyňa odporkyne. Vzhľadom na vyššie uvedené súd napadnuté rozhodnutie č. XXX XXX XXXX zo dňa 08.04.2011 potvrdil, podľa § 250q ods. 2 O.s.p., ako vydané v súlade so zákonom. Výrok o trovách konania súd oprel o neúspešnosť navrhovateľky v spore, ktorá si však náklady konania neuplatnila a preto súd rozhodol, že navrhovateľke náhradu trov konania nepriznáva. Poučenie: Proti tomuto rozhodnutiu je možné podať odvolanie v lehote 15 dní od doručenia tohto rozhodnutia na Krajskom súde v Bratislave, písomne, dvojmo. V odvolaní sa má uviesť okrem všeobecných náležitostí, / v § 42 ods. 3 O.s.p./ proti ktorému rozhodnutiu odvolanie smeruje, v akom rozsahu ho odvolávateľ napáda a v čom odvolávateľ vidí nesprávnosť postupu a rozhodnutia súdu.</w:t>
      </w:r>
    </w:p>
    <w:p/>
    <w:p>
      <w:r>
        <w:t>Zdroj: KAUZIS.SK – https://www.kauzis.sk/judikatura/r/ECLI:SK:KSBA:2013:1011201182.2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