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2S/101/2011 z 8. 1. 2013</w:t>
      </w:r>
    </w:p>
    <w:p>
      <w:r>
        <w:t>Rozsudok Krajského súdu Bratislava z 8. januára 2013, sp. zn. 2S/101/2011, ECLI:SK:KSBA:2013:1011201233.3</w:t>
      </w:r>
    </w:p>
    <w:p>
      <w:r>
        <w:t>Súd: Krajský súd Bratislava</w:t>
      </w:r>
    </w:p>
    <w:p>
      <w:r>
        <w:t>Spisová značka: 2S/101/2011</w:t>
      </w:r>
    </w:p>
    <w:p>
      <w:r>
        <w:t>ECLI: ECLI:SK:KSBA:2013:1011201233.3</w:t>
      </w:r>
    </w:p>
    <w:p>
      <w:r>
        <w:t>Dátum vydania: 8. 1. 2013</w:t>
      </w:r>
    </w:p>
    <w:p>
      <w:r>
        <w:t>Forma: Rozsudok</w:t>
      </w:r>
    </w:p>
    <w:p>
      <w:pPr>
        <w:pStyle w:val="Heading2"/>
      </w:pPr>
      <w:r>
        <w:t>Text rozhodnutia</w:t>
      </w:r>
    </w:p>
    <w:p>
      <w:r>
        <w:t>Súd: Krajský súd Bratislava Spisová značka: 2S/101/2011 Identifikačné číslo súdneho spisu: 1011201233 Dátum vydania rozhodnutia: 09. 01. 2013 Meno a priezvisko sudcu, VSÚ: Mgr. Viliam Pohančeník ECLI: ECLI:SK:KSBA:2013:1011201233.3 ROZSUDOK V MENE SLOVENSKEJ REPUBLIKY Krajský súd v Bratislave v senáte zloženom z predsedu senátu Mgr. Viliama Pohančeníka a členov senátu JUDr. Vlastimila Pavlikovského a JUDr. Mariána Trenčana, v právnej veci žalobcu: NIKA, spol. s r.o., IČO: 30 228 557, Ružová dolina 6, Bratislava, zastúpený: JUDr. Bohumil Novák, advokát, Horná 27, Banská Bystrica, proti žalovanému: Finančné riaditeľstvo Slovenskej republiky, Lazovná 63, Banská Bystrica, (predtým Daňové riaditeľstvo Slovenskej republiky, Nová ulica 13, Banská Bystrica), o preskúmanie zákonnosti postupu a rozhodnutia Daňového riaditeľstva Slovenskej republiky č.: I/XXX/ XXXX-XXXXX/XXXX/XXXXXX-r zo dňa XX.XX.XXXX, jednohlasne, takto r o z h o d o l : Krajský súd v Bratislave žalobu z a m i e t a. Účastníkom sa právo na náhradu trov konania nepriznáva. o d ô v o d n e n i e : Včas podanou žalobou sa žalobca domáhal preskúmania zákonnosti postupu a rozhodnutia Daňového riaditeľstva Slovenskej republiky (ďalej aj len žalovaný) č.: I/XXX/XXXX-XXXXX/XXXX/XXXXXX-r zo dňa XX.XX.XXXX, ktorým žalovaný ako odvolací orgán na základe odvolania žalobcu proti dodatočnému platobnému výmeru č. XXX/XXX/XXXXX/XX/Sek zo dňa XX.XX.XXXX, ktorým Daňový úrad Považská Bystrica podľa § 44 ods. 6 písm. b/ bod 1 zákona č. 511/1992 Zb. o správe daní a poplatkov a o zmenách v sústave územných finančných orgánov v znení neskorších predpisov (ďalej aj len ZSDP) vyrubil žalobcovi rozdiel dane z pridanej hodnoty za zdaňovacie obdobie september 2008 v sume XXX.XXX,XX eur, rozhodol tak, že tento dodatočný platobný výmer potvrdil. Žalobca žiadal zrušiť tak napadnuté druhostupňové ako aj prvostupňové správne rozhodnutie a vrátiť vec žalovanému na ďalšie konanie. Uviedol, že podľa správnych orgánov hodnoverne nepreukázal, že tovar fakturovaný faktúrami č. XXXXXX, XXXXXX, XXXXXX, XXXXXX, XXXXXX a XXXXXX bol skutočne dodaný na územie iného členského štátu a preto žalobcovi neuznali oslobodenie od dane v zmysle § 43 zákona č. 222/2004 Z.z. o dani z pridanej hodnoty v znení neskorších predpisov (ďalej aj len zákon o dani z pridanej hodnoty) a dorubili mu daň v zmysle § 19 ods. 1 zákona o DPH vo výške X.XXX.XXX,- Sk a tiež, že si mal neoprávnene uplatniť odpočítanie dane z dodávateľských faktúr v sume X.XXX.XXX,- Sk, nakoľko nepreukázal, že mu bol dodaný tovar od dodávateľa FENIX BAU, s.r.o.. Napadnuté rozhodnutie žalovaného je nezákonné a vecne nesprávne, pre nedostatok a nezrozumiteľnosť dôvodov nepreskúmateľné a skutkové závery sú vyvodené v rozpore s obsahom dôkazov, ako i v rozpore s dôkazmi v ich vzájomnej súvislosti. Konkrétne namietal, že: 1. Nebola riadne ukončená daňová kontrola prerokovaním protokolu o daňovej kontrole, pretože neporozumel poučeniu správcu dane. Dôvody neporozumenia sú uvedené v zápisnici o ústnom pojednávaní zo dňa 14.12.2010. K dôvodom neporozumenia daného poučenia správca dane neposkytol žalobcovi vysvetlenie a pokračoval v konaní, čím postupoval v rozpore s § 2 ZSDP. Žalovaný sa snaží tento nedostatok správcu dane zakryť všeobecnými bezvýznamnými frázami a právne irelevantnými výhovorkami. Žalovaný svojim postupom len potvrdil, že žalobca nemohol porozumieť poučeniu o mlčanlivosti. V tejto časti je rozhodnutie žalovaného nepreskúmateľné pre nezrozumiteľnosť a nedostatok dôvodov. 2. Namietal porušenie svojho práva na vyjadrenie sa k protokolu, keďže dňa 14.12.2010 pri prejednaní protokolu u správcu dane mu bol doručený aj dodatok k protokolu. Poukázal na § 15 ods. 10 posledná veta ZSDP, podľa ktorého je dodatok k protokolu súčasťou protokolu. Keďže je teda dodatok k protokolu neoddeliteľnou súčasťou protokolu, vzťahujú sa na tento dodatok všetky ustanovenia týkajúce sa protokolu a preto mal byť dodatok k protokolu žalobcovi doručený spolu s výzvou na vyjadrenie sa k nemu a na jeho prerokovanie. Mala mu byť poskytnutá lehota 8 pracovných dní na vyjadrenie sa k dodatku. Nedodržaním tohto postupu správcom dane tento postupoval v rozpore s § 2 ods. 1 ZSDP, čím porušil zásadu zákonnosti a postupoval aj v rozpore s § 2 ods. 2, 7 a 8 ZSDP, čím porušil zásady daňového konania a to rovnosť účastníkov konania a práva a povinnosti daňového subjektu na úzku spoluprácu a súčinnosť so správcom dane. 3. V postupe správcu dane došlo k procesnému pochybeniu, keď neprebehlo prvostupňové daňové konanie. Citoval ustanovenia § 1a písm. d/, § 15 ods. 1, 13, § 44 ods. 1 ZSDP, z ktorých vyplýva, že daňová kontrola nie je daňovým konaním, keďže sa v nej nerozhoduje o právach a povinnostiach daňových subjektov. Je obsahovou náplňou správy daní, avšak nie je súčasťou daňového konania. Závery daňovej kontroly obsiahnuté v protokole môžu mať povahu dôkazu v daňovom konaní. Za daňové konanie treba považovať postup správcu dane, iného príslušného orgánu, daňových subjektov a tretích osôb zúčastnených na konaní pri vydávaní, preskúmavaní a realizácii individuálnych daňovo - právnych aktov, ktoré upravujú procesné daňovo - právne normy. Až ukončením daňovej kontroly môže začať vyrubovacie konanie, teda postup pred vydaním rozhodnutia vo veci samej. V tomto konaní malo byť žalobcovi umožnené využiť všetky zákonom priznané procesné práva a malo byť vykonané dokazovanie podľa § 29 ZSDP. Je vylúčené, aby daňové konanie začínalo doručením rozhodnutia vo veci samej a aby za daňové vyrubovacie konanie bolo možné považovať jediný úkon správcu dane a to vydanie prvostupňového rozhodnutia. Žalobca sa teda nezúčastnil daňového konania, čím mu boli odňaté procesné práva. Postup správcu dane porušil práva žalobcu na spravodlivé konanie s poukazom na čl. 46 ods. 1 Ústavy SR. Neuskutočnenie prvostupňového daňového konania preukazuje aj to, že dôvody rozhodnutia sú totožné s dôvodmi protokolu o daňovej kontrole. Žalovaný túto námietku považoval za nedôvodnú, pretože si žalobca v rámci daňovej kontroly mohol uplatniť všetky svoje práva účastníka konania. Žalovaný sa však nezaoberal podstatou námietky, že vôbec neprebehlo prvostupňové konanie. 4. Žalobca citoval § 29 ods. 4 ZSDP s tým, že podľa § 15 ods. 5 písm. e/ ZSDP má právo klásť svedkom a znalcom otázky pri ústnom pojednávaní. Daňová kontrola v danom prípade začala dňa 26.01.2010, avšak žalovaný prevzal do svojich dôvodov dôkazy, z ktorých vychádzal správca dane, ako by boli súčasťou daňovej kontroly, napriek tomu, že vôbec v rámci tejto daňovej kontroly vykonané neboli. Ide o listinné dôkazy, najmä výpovede K. Z., ktoré dôkazy správca dane nevykonal v rámci daňovej kontroly, ale boli vykonávané na iný účel v rámci iného daňového konania. Ak teda správca dane uvádzal tieto dôkazy ako dôkazy vykonané v rámci daňovej kontroly, ide o nezákonný postup. Týmto došlo k porušeniu práv žalobcu uvedených v § 2 ods. 1, 8 a § 15 ods. 5 písm. e/ ZSDP. Tieto dôkazy boli vykonané nezákonne a preto na ne nemožno prihliadať. Správca dane aj tu porušil povinnosť mlčanlivosti v zmysle § 23 ZSDP. Na túto námietku žalovaný vôbec nereagoval a naďalej tieto nezákonne získané dôkazy používal a vychádzal z nich. 5. Namietal nezákonnosť postupu správcu dane pri vykonaní dôkazu výsluchu svedka Pavla Z.. Z obsahu zápisnice zo dňa 19.03.2010 je zrejmé, že správca dane viedol výsluch tohto svedka nezákonne. Žalobca poukázal na § 131 a § 132 Trestného poriadku, ktoré upravujú postup pri výsluchu svedka, ktorými sa však správca dane neriadil. Nezistil pomer svedka k veci alebo účastníkom a neumožnil mu, aby najprv súvisle vypovedal všetko, čo o veci vie. Podľa žalobcu správca dane vypočúval svedka na skutočnosti, ktoré nesúvisia s predmetom daňovej kontroly a preto je výpoveď svedka získaná v rozpore so všeobecne záväzným právnym predpisom a nemôže byť ako dôkaz podľa § 29 ods. 4 ZSDP použitá. Ukázaním účtov žalobcu v peňažnom ústave správca dane porušil nielen daňové tajomstvo podľa § 23 ZSDP ale i bankové tajomstvo. S obsahom týchto účtov správca dane oboznámil osobu, ktorá nesmie byť s týmito údajmi oboznámená. Výpoveď svedka Z. je irelevantná, zmätočná, obsahujúca vzájomne si odporujúce tvrdenia a preukazujúca len jeho dohady. Z faktúr je zrejmé, že tieto boli vystavované Romanou I., účtovníčkou spoločnosti TERNO s.r.o., ktorá vykonávala účtovníctvo pre spoločnosť G., s.r.o. a preto je nepochybné, že faktúry nemohla vystaviť spoločnosť G., s.r.o. a tieto ani nemohol podpísať svedok Z.. Výpoveď svedka Z. je nulitným dôkazom, pretože svedok nič nepotvrdil ani nič nevyvrátil. Žalobca považoval tento dôkaz za zbytočný a navyše za vykonaný nad rámec oprávnení daňových orgánov. 6. Správne orgány účelovo manipulujú s dôkazmi a tým aj so skutkovým stavom v neprospech žalobcu, keď nespomínajú dôkazy preukazujúce správnosť tvrdení žalobcu. Žalobca mal so svojim odberateľom - spoločnosťou BEIMPEX, s.r.o. Zlín, Česká republika, dohodnuté dodatkom ku kúpnej zmluve, že prepravu si zabezpečí táto spoločnosť, pričom tento dodatok bol dohodnutý práve preto, lebo tovar musel byť prepravovaný mraziarenskými návesmi, ktoré žalobca nemal a tieto zabezpečil kupujúci. V súlade so zmluvou boli zrealizované všetky obchody. Žalobca obchod reálne uskutočnil tým, že tovar dodal prepravcovi, ktorého zabezpečil kupujúci. Žalovaný vôbec neuviedol obsah dodacích listov, na ktorých prepravca - vodič G. písomne potvrdil prevzatie tovaru a prevzatie dokladov k tovaru. Žalobca tiež predložil prehlásenie o prepravovaní tovaru odberateľom do iného členského štátu EÚ podľa § 43 ods. 5 zákona o DPH, ktorým odberateľ potvrdil prepravu i prevzatie tovaru. Ide o priamy dôkaz preukazujúci odovzdanie tovaru kupujúcemu prostredníctvom jeho prepravcu a teda aj priamy dôkaz preukazujúci dodanie tovaru kupujúcemu - odberateľovi a tým i dôkaz preukazujúci dodanie tovaru žalobcovi od jeho dodávateľa. Dodávateľ žalobcu mu na základe ústnej zmluvy - telefonickej objednávky dodával tovar, ktorého prepravu zabezpečoval odberateľ žalobcu - spoločnosť BEIMPEX, s.r.o. Dodaný tovar mal žalobca v areáli svojej spoločnosti prevziať a odovzdať na ďalšiu prepravu svojmu odberateľovi. Tento postup bol dohodnutý preto, že žalobca nedisponoval chladiarenskými a mraziarenskými kamiónmi a tieto zabezpečil odberateľ. Tento postup bol zvolený aj z dôvodu, aby nemuselo dôjsť k prekládke tovaru, ktorý bol v mrazenej forme alebo vyžadoval chladenie. Za dodaný tovar žalobca zaplatil buď v hotovosti alebo bezhotovostným platobným stykom. Svedkyne - zamestnankyne žalobcu p. O. a p. S. boli vypočúvané na skutočnosti týkajúce sa rôznych predmetov daňového konania a to tak na daň z príjmov ako i na daň z pridanej hodnoty, pričom kritériá pre preukaznosť týchto daní sú odlišné. Týmto svedkyniam boli kladené sugestívne otázky v neprospech žalobcu. Svedkyne boli navyše vypočuté až v odvolacom konaní, čo dokazuje, že správca dane viedol konanie tak, aby znemožnil žalobcovi preukázať dodanie tovaru. Napriek uvedenému svedkyne potvrdili fyzické dodanie tovaru a jeho kontrolu a zaplatenie v priestoroch spoločnosti žalobcu. Spochybňovanie pravdivosti výpovede svedkyne O. žalovaným z dôvodu, že jej mal pri výsluchu šepkať konateľ žalobcu a tým ju navádzať na výpoveď, je klamstvom. Podľa žalobcu konateľ svedkyni O. šepkal, že zamestnankyne správcu dane vzhľadom na námietku právneho zástupcu zjavne nevedeli, ako majú postupovať a konali chaoticky. Žalovaný taktiež nedôvodne bagatelizoval výpoveď svedkyne S., ktorá potvrdila, že k výplate peňažných prostriedkov v hotovosti za tovar p. A. došlo. Správne orgány v súvislosti s výpoveďou svedkyne O. zamlčali priamy písomný dôkaz - protokoly senzorických skúšok vykonané pracovníčkou laboratória p. L. zo vzoriek, ktoré jej odovzdala p. O.. Tieto dôkazy priamo preukazujú prevzatie tovaru, pričom je v rozpore s princípmi logiky, aby žalobca platil za niečo, čo mu dodané nebolo. 7. Žalovaný nereagoval na námietku žalobcu týkajúcu sa výpovede svedka S. A., pričom podľa žalobcu tento svedok potvrdil uzavretie dodatku k zmluve zo dňa 16.05.2008. Správca dane sa zaoberal platnosťou či neplatnosťou tohto dodatku, napriek tomu, aby mal na takéto hodnotenie kompetencie. Na obchod pritom nebol vôbec potrebný písomný právny úkon, ale stačilo ústne poverenie alebo konkludentné konanie. Stačilo, že tovar bol dodaný a prevzatý. Prevzatie tovaru odberateľom žalobcu bolo preukázané podpísanými dodacími listami. Žalovaný skonštatoval, že svedok A. nebol oprávnený konať za spoločnosť BUNDÁŠ, s.r.o. bez toho, aby zisťoval, či svedok Gajdoš nebol poverený štatutárnym zástupcom spoločnosti, pričom takéto poverenie nebolo potrebné v písomnej forme vzhľadom na to, že bol v spoločnosti spoločníkom. Ako spoločník mal právo prikázať konateľovi, aby splnomocnil kohokoľvek v mene spoločnosti, teda aj seba. Žalobca bol navyše dobromyseľný, keďže považoval tohto svedka za splnomocneného zástupcu spoločnosti BUNDÁŠ, s.r.o. Aj keby svedok A. prekročil rozsah svojho oprávnenia, spoločnosť G., s.r.o. je týmto úkonom viazaná, ibaže by žalobcovi bez zbytočného odkladu po tom, čo sa o prekročení oprávnenia dozvedela, oznámila prekročenie plnomocenstva. Žalobca tvrdil, že svedok A. bol oprávnený konať v mene tejto spoločnosti vo všetkých obchodoch a všetky úkony sú platné. Tento svedok navyše potvrdil, že terajším konateľom spoločnosti K. G. bol splnomocnený. 8. Svedecká výpoveď svedka G. bola zbytočná a tento dôkaz je nepoužiteľný. Svedok od 15.04.2008 už nebol konateľom spoločnosti a tak nemohol nič vedieť o obchodoch uskutočnených v mesiacoch máj, jún a júl. Podľa žalobcu je nedôvodné sa zaoberať otázkou, či p. A. bol splnomocnený konať za spoločnosť G., s.r.o., pretože ide o čisto vnútornú záležitosť tejto spoločnosti, ktorá nemá vplyv na posúdenie podstatných skutočností pre správne určenie a vyrubenie dane. Na tento účel je rozhodujúce, že tovar bol žalobcovi dodaný a on tento následne predal. X. Svedok G. potvrdil prepravu tovaru, predložil aj U. a tvrdil, že potvrdenia prevzatia tovaru boli zaznamenané na origináloch nachádzajúcich sa v spoločnosti L., s.r.o. Aj svedkyňa V. I. potvrdila realizáciu obchodov so spoločnosťou G., s.r.o. L. považoval výpoveď svedka G. za nevierohodnú preto, že prepravné doklady poskytnuté žalobcom neobsahovali požadované náležitosti deklarujúce odovzdanie a prevzatie tovaru. Y. poukazuje na to, že správca dane nemohol preveriť tvrdenia tohto svedka, keďže spoločnosť L., s.r.o. s daňovými orgánmi nespolupracuje. N. G. potvrdil, že prepravné doklady si odfotil ešte pred vykonaním prepravy pre vlastnú potrebu a preto nemohli obsahovať údaje o prevzatí tovaru. Podľa žalobcu nie je neštandardné, aby sa za dopravu platilo vopred. L. sa nezaoberal otázkou, ako sa mohol svedok dostať k dokladom, keby reálne nevykonal prepravu a na čo by mu boli doklady, keby s prepravou nemal nič spoločné. N., že správca dane nemohol preveriť tvrdenia svedka so spoločnosťou L., s.r.o. nie je žiadnym dôkazom a toto nemôže byť vyhodnotené v neprospech žalobcu. XX. Je nezmyselné tvrdenie žalovaného, že žalobca neuniesol dôkazné bremeno a nepredložil dôkazy preukazujúce dodanie tovaru. J. je pravdou, že by okrem účtovných dokladov žalobca nepredložil iné dôkazy preukazujúce uskutočnenie dodávky tovaru spoločnosťou G., s.r.o.. G. preukázané nielen výpoveďami žalobcu ale i výpoveďami svedkov G., A. a I., listinnými dôkazmi ako aj dokladmi o zaplatení tovaru v hotovosti alebo bezhotovostným prevodom. O. tovaru potvrdili aj svedkyne O. a S.. N. dane sa nepodarilo preukázať, že tovar dodávaný spoločnosťou G., s.r.o. v skutočnosti nebol dodaný. Ak mal správca dane pochybnosti, mal tieto uviesť a vyzvať žalobcu na vyjadrenie, prípadne predloženie dôkazov a nie svojvoľne, bez akejkoľvek vedomosti žalobcu, zisťovať všelijakými dožiadaniami skutočnosti, ktoré vôbec nebolo potrebné zisťovať. N. dane teda postupoval nezákonne a úplne zbytočne spôsobil prieťahy v konaní. O. toho je, že sám vykonával dokazovanie a z odpovedí na dožiadania správcu dane vyplýva, že sa mu nič nepodarilo zistiť. Ak iný daňový subjekt je nezistiteľný, je takýto dôkaz nulový. L. prevzal tovar dodaný spoločnosťou G., s.r.o. od prepravcu a vôbec nebolo potrebné, aby bol v priamom kontakte so zástupcom dodávateľa. K. obchodných transakciách je bežnou praxou, že sa uskutočňujú tzv. traťové dodávky, t.j. tovar sa fyzicky prepravuje od dodávateľa priamo ku konečnému odberateľovi. Y. tovar neprechádza skladom obchodníka, resp. ide cez jeho priestor len za účelom jeho prevzatia a odovzdania na ďalšiu prepravu alebo napríklad na test kvality, námatkové prepočítanie množstva a podobne. U obchodníka teda prebehnú dva obchody s tým istým tovarom, a to nákup a predaj bez pohybu tovaru cez jeho sklad, len na základe faktúr, pričom fyzická dodávka ide priamo od dodávateľa ku konečnému odberateľovi. K. dodania sa dohodnú s dodávateľom aj odberateľom. Keďže sa teda tovar fyzicky nenachádza u obchodníka, neúčtuje sa v majetku na sklad, ale účtuje sa na priebežný účet obstarania tovaru. J. príjemky na sklad ani výdajky zo skladu, ktorými sa preukazuje skutočné fyzické prevzatie na sklad pri nákupe a skutočné fyzické vydanie zo skladu pri predaji. I. po nákupe sa účtuje v momente predaja naraz vyskladnenie za účelom predaja a súvisiace tržby z predaja tovaru. Y. obchody prebehli aj u žalobcu. Ak spoločnosť, ktorá uskutočnila obchod formou traťovej dodávky, má faktúry od dodávateľa a kópie svojich vystavených faktúr pre odberateľa na ten istý tovar a má doklad o splnení dodacej podmienky, potom skutočný obchod (nákup aj predaj) preukázala. S. dôkazom podporujúcim realizáciu dodávok je aj úhrada ceny. Y. postupoval aj žalobca. Q. zdôraznil, že preukázal riadne dodanie tovaru, čoho dôkazom je aj to, že žalobca tento následne predal a za tovar získal príjem. G. výdavkov za dodanie tovaru by žalobca nemohol mať žiadne príjmy z následného predaja tovaru. O. orgány nepredložili žiaden dôkaz opaku, ktorý by vyvrátil správnosť, úplnosť a pravdivosť tvrdení a dôkazov žalobcu, ale len bez logiky účelovo spochybňujú skutkový stav. Ak má správca dane pochybnosti o dôkaznej hodnote žalobcom predložených dôkazov, prenáša sa dôkazné bremeno z daňového subjektu na správcu dane. J. len pochybnosti o tvrdení daňového subjektu a správnosti predložených dôkazov, pretože správca dane musí vierohodnosť, preukaznosť, správnosť, či úplnosť dôkazných prostriedkov inými dôkaznými prostriedkami vyvrátiť. L. nespochybňuje oprávnenia správcu dane preverovať tvrdené skutočnosti, avšak tento musí rešpektovať práva daňového subjektu a všetky dôkazy, ktoré vykonáva, mu musí vopred oznámiť i s dôvodmi, prečo ich vykonáva, aby mal daňový subjekt možnosť sa vyjadriť k týmto pochybnostiam, ako i k spôsobu vykonania týchto dôkazov a k nevyhnutnosti potreby vykonať tieto dôkazy. O. nemôže byť tajné, pretože daňový subjekt musí mať kontrolu, či správca dane vykonáva dôkazy zákonne, musí mať teda i vedomosť o tom, že vykonáva dožiadania, z akých dôvodov a aký je obsah dožiadaní. V. je nepreskúmateľné pre nedostatok, nezrozumiteľnosť a zmätočnosť dôvodov, keďže nedáva odpoveď na námietky žalobcu a je v rozpore s § X0 ods. 3 L.. XX. Námietky žalobcu uvádzané v súvislosti so spoločnosťou G., s.r.o. sa týkajú aj dodávky tovaru od spoločnosti P. G., s.r.o.. N. Z. N. nebol pred výsluchom poučený a postup pri jeho výsluchu bol v rozpore so všeobecne záväzným právnym predpisom a preto na tento dôkaz nemožno prihliadať. L. navyše nikdy netvrdil, že by pri obchodoch so spoločnosťou P. G., s.r.o. konal a rokoval s Z. N.. L. rokoval s pánom S. N., ktorý preberal aj financie v hotovosti a ktorý bol prítomný vždy spolu s S. A.. Je úplne irelevantné, či Z. N. mal akúkoľvek vedomosť o obchodoch, pričom i pri týchto obchodoch žalobca postupoval úplne bežným spôsobom a považoval dobromyseľne S. N. za osobu konajúcu v mene spoločnosti P. G., s.r.o., keďže mal pečiatku spoločnosti a originál osvedčenia o registrácii O. a O.. XX. Priebeh konania preukazuje účelový zámer daňových orgánov preukázať žalobcovi, že mu tovar nebol dodaný, čo sa mu však nepodarilo preukázaním dôkazu opaku. L. predložil všetky dôkazy, a ak mal správca dane pochybnosti o jeho tvrdeniach, mal ho vyzvať, čo konkrétne má žalobca preukázať. W., že všetky vykonané dožiadania boli vykonané nezákonne, ako dôkazy ich nemožno použiť, pretože o ich vykonávaní vôbec nevedel a nemohol sa ani vyjadriť, či takýto dôkaz je vôbec potrebné vykonať, k spôsobu vykonania dôkazu a k obsahu zisťovaných skutočností. O týchto dôkazoch bol informovaný až po ich uskutočnení, čím bolo porušené jeho právo na úzku spoluprácu a súčinnosť podľa § 2 ods. X a X L.. N. dane nezákonným postupom znemožnil žalobcovi preukázať skutočnosti podľa § 29 ods. X L.. J. postupom správca dane použil len dôkazy, ktoré mu vyhovujú a vopred určil obsah týchto dôkazov. Y. postupom správca dane znemožnil žalobcovi mať vedomosti o tom, aké všetky dôkazy vo veci vykonal. II. L. vo vyjadrení k žalobe navrhol túto zamietnuť. L. na dôvodoch uvedených v napadnutom rozhodnutí a uviedol, že v prípade poučenia správca dane postupoval v súlade s platnými právnymi predpismi. N. dane túto povinnosť ukladá § XX ods. 3 L. a tiež podľa § 11 ods. 2 L. musí zápisnica o ústnom pojednávaní obsahovať aj poučenie a vyjadrenie poučených osôb. N. dane v zmysle zákona poučil osoby zúčastnené na ústnom pojednávaní, zaznamenal ich vyjadrenie do zápisnice a nemal dôvod nepokračovať v ústnom pojednávaní, ktorého predmetom bolo záverečné prerokovanie protokolu. O. kontrola bola ukončená v súlade s § 15 ods. XX, XX, XX a XX L.. N. dane postupoval v súlade s § X ods. X a § 29 ods. 1, 2 L. a keďže spoločnosť L., s.r.o. mala prepravovať tovar, ktorý bol predmetom daňovej kontroly, preverované skutočnosti v súvislosti s touto spoločnosťou súviseli s daňovou kontrolou. O. k protokolu nenahrádza už doručený a prerokovaný protokol a preto sa na dodatok nevzťahujú ani procesné úkony platiace pre protokol z daňovej kontroly. K. na § 1X ods. 5 písm. c/, ods. X písm. e/ L., podľa ktorých je zákonná lehota na vyjadrenie k protokolu poslednou lehotou, kedy má daňový subjekt právo a súčasne i povinnosť predkladať správcovi dane dôkazy preukazujúce jeho tvrdenia. Y. lehotu nemožno ani predĺžiť ani odpustiť jej zmeškanie. L. mal v rámci vykonávanej daňovej kontroly celý rad zákonom zaručených práv ako i povinností vyplývajúcich z ustanovenia § 15 L.. K. je výsledkom komplexného zisťovania skutkového stavu a tiež interpretácie daňových a iných právnych predpisov a preto vo vyrubovacom konaní nie je dôvod vykonávať dokazovanie, ktoré už prebehlo v rámci daňovej kontroly za účasti žalobcu. L. nebol počas daňovej kontroly obmedzený vo svojich procesných právach podľa § X ods. 1, 2 a X L.. L. sa v napadnutom rozhodnutí vysporiadal so všetkými odvolacími námietkami žalobcu tak, ako to je ustanovené v § 48 ods. X L.. L. umožňuje použiť všetky prostriedky, ktorými možno zistiť a objasniť skutočnosti rozhodujúce pre správne určenie daňovej povinnosti a správca dane nie je viazaný iba na dôkazy, ktoré mu predloží daňový subjekt, ale má právo v súlade s § X9 ods. 2 L. a z dôvodu čo najobjektívnejšieho zistenia skutkového stavu aj povinnosť komplexným zisťovaním, t.j. aj vlastným šetrením, dožiadaním na iného správcu dane, resp. z iných daňových konaní zistiť všetky skutočnosti rozhodujúce pre správne určenie dane. N. dane preveroval sporné obchody v rámci medzinárodnej výmeny daňových informácií, pričom Z. N., ktorý bol jediným konateľom spoločnosti P. G., s.r.o. boli dôvodne predložené aj faktúry č. XXXX/XX/XXX, XXXX/XX/XXX, B./XX/XXX, XXXX/XX/XXX, XXXX/XX/ XXX a XXXX/XX/XXX. Tento svedok sa tak vyjadroval k sporným faktúram spoločnosti P. G., s.r.o., v ktorej bol v čase uskutočnenia zdaniteľných obchodov konateľom. K námietkam žalobcu uvedeným v bodoch X,X,X,X a XX žaloby žalovaný uviedol, že žalobca na tomto mieste uvádza námietky voči neuznaniu odpočítania dane z faktúr od spoločnosti G., s.r.o., hoci v napadnutom rozhodnutí sa jednalo o neuznanie odpočítania dane z vyššie uvedených dodávateľských faktúr od dodávateľa P. G., s.r.o.. Keďže nebolo preukázané, že žalobcovi tovar dodala táto spoločnosť, správca dane neuznal odpočítanie dane z dôvodu porušenia § 49 ods. X a X písm. a/ v nadväznosti na § 5X ods. 1 písm. a/ zákona o O.. N. S. A. potvrdil, že dodatok k zmluve zo dňa XX.XX.XXXX uzatvorený medzi spoločnosťami G., s.r.o. a žalobcom, v zmysle ktorého sa mal tovar prepravovať, podpísal ale nevedel sa vyjadriť k samotnej zmluve, ktorá správcovi dane nebola predložená. Y. svedka A., že mal plnú moc na zastupovanie tejto spoločnosti od S.. K. G., je v rozpore s výpoveďou svedka S.. K. G., ktorý uviedol, že on ho nesplnomocnil. Y. svedka predvolal správca dane práve z dôvodu, že jeho meno uviedol p. S. A. tvrdiac, že ním bol splnomocnený na zastupovanie spoločnosti. L. tohto svedka spomenul aj svedok K. Z.. S. A. nebol oprávnený konať za spoločnosť, nakoľko nebol konateľom tejto spoločnosti a ani nebol nikým splnomocnený alebo poverený na to, aby ju zastupoval. Za spoločnosť G., s.r.o. bol oprávnený konať konateľ spoločnosti, resp. ním poverený osoba, avšak konateľ spoločnosti K. Z. poprel dodanie tovaru a tiež odmietol, že by niekoho splnomocnil na konanie v mene spoločnosti. Podľa žalovaného svedok G. nepotvrdil, že by prepravoval tovar od spoločnosti G., s.r.o. žalobcovi. N. uviedol, že tovar vozil pre spoločnosť L., s.r.o. ale kde sa tovar nakladal, nevedel uviesť. K. U. nepreukazujú, že by bol žalobcovi dodaný tovar od spoločnosti G., s.r.o., nakoľko neobsahujú predpísané náležitosti. Z týchto vyplýva len to, že odosielateľom tovaru - kuracích pŕs, je spoločnosť G., s.r.o., dopravu pre spoločnosť G., s.r.o. mal vykonať prepravca L., s.r.o. a miesto vykládky by mali byť H.. N. dane sa pokúšal preveriť tvrdenia svedka G. súvisiace s prepravou tovaru, avšak neúspešne, nakoľko spoločnosť L., s.r.o. už na svojej adrese sídla nesídli, nový konateľ spoločnosti zásielky nepreberá a bývalý konateľ doklady nemá. K. V. I. sa nezúčastnila obchodov a potvrdila len to, že vystavovala doklady, takže nemôže ani preukázať reálne dodanie tovaru. M. výpovede svedkýň O. a S. nepreukázali, že tovar bol žalobcovi reálne dodaný od spoločnosti G., s.r.o.. N. orgány nemajú vedomosť o protokoloch senzorických skúšok, ktoré mala vykonať pracovníčka laboratória pani L., keďže žiadne protokoly neboli do spisu nikdy doložené. S. žalovaný uviedol, že bolo preverované aj dodanie tovaru spoločnosti G., s.r.o. z P. republiky a bol vypočutý svedok Z. G., ktorý bol v čase uskutočnenia obchodných prípadov konateľom tejto spoločnosti. Y. svedok potvrdil, že podpísal zmluvu so žalobcom a potvrdil s ním aj obchodnú spoluprácu, avšak poprel dodanie tovaru v takom objeme a množstve, ako je uvedené na preverovaných faktúrach. N. uviedol aj to, že podpisy na preverovaných dokladoch, t.j. aj na dodacích listoch a prehláseniach o preprave tovaru, nie sú jeho a spoločnosť G., s.r.o. mala inú formu pečiatky ako je na dokladoch. I. žalobcu sú sporné aj v tom, že žalobca tvrdí, že prepravu tovaru si zabezpečoval odberateľ G., s.r.o. s odvolávkou na zmluvu uzatvorenú medzi žalobcom a touto spoločnosťou a na druhej strane tvrdí, že tovar bol prepravovaný spoločnosťou G., s.r.o. až k odberateľovi G., s.r.o. a odvoláva sa na dodatok uzatvorený medzi žalobcom a touto spoločnosťou. L. poukázal na § 43 ods. 1, X zákona o O. a tiež na rozsudok N. dvora EÚ C-XXX/XX, podľa ktorého k nadobudnutiu tovaru vnútri N. a k uplatneniu oslobodenia vnútri N.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K. na oslobodenie od dane v zmysle § 43 ods. X písm. a/ zákona o O. mal preukazovať žalobca, ktorý mal predložiť aj medzinárodné prepravné doklady (U.), ktoré by preukazovali, že dodávateľom tovaru je žalobca, že tovar bol prepravený a odovzdaný v P. republike a obsahovali by predpísané náležitosti. J. nadobudnutie tovaru v P. republike nebolo spoločnosťou G., s.r.o. priznané, a teda ani daň z tovaru nebola odvedená, čo zistil správca dane od českej daňovej správy v rámci medzinárodnej výmeny informácií. N. dane nemusí z úradnej povinnosti vyhľadávať a zisťovať skutočnosti, ktoré by mohli byť podkladom k tomu, aby daňový subjekt mohol (ale nemusel) v konaní uplatniť nároky na daňové výdavky, zníženie daňovej povinnosti a podobne. Základnou úlohou správcu dane v daňovom dokazovaní je uplatniť zásadu prejednávaciu, tzn. zistiť skutočnosti rozhodujúce pre správne určenie daňovej povinnosti a to aj bez súčinnosti s daňovým subjektom. O. subjekt by mal mať dostatok dôkazov na preukázanie reálneho uskutočnenia dodania tovaru, keďže je zaťažený dôkaznou povinnosťou uloženou mu v § 29 ods. X L.. Aj výsluch svedka Z. N. bol v súlade s právnymi predpismi a tento svedok ako jediný konateľ spoločnosti P. G., s.r.o. okrem iného uviedol, že táto spoločnosť sa zaoberala stavebnou činnosťou, vystavovala iný typ faktúr, má inú pečiatku, podpisy nie sú jeho a žalobcu ani nepozná. K osobe S. N., ktorého žalobca uvádzal ako osobu, s ktorou konal, žalovaný uviedol, že táto osoba nebola oprávnená konať v mene spoločnosti P. G., s.r.o., nakoľko nebola štatutárnym zástupcom tejto spoločnosti a ani ním nebola splnomocnená. L. žalovaný poukázal na § X6 ods. 1 L., podľa ktorého správca dane môže požiadať o vykonanie jednotlivých úkonov ako aj o poskytnutie informácií iného miestne príslušného správcu dane a v súlade s týmto ustanovením správca dane preveroval skutočnosti ohľadom dodávateľov G., s.r.o., P. G., s.r.o. a prepravcu L., s.r.o. prostredníctvom dožiadaní, pričom žalobca bol so všetkými zisteniami oboznámený a mal právo sa k nim vyjadriť. F.. H. súd v G. ako súd vecne a miestne príslušný na konanie vo veci (§ 246 ods. X O.s.p.) preskúmal napadnuté rozhodnutie v rozsahu dôvodov uvedených v žalobe (§ X49 ods. 2 O.s.p.), ako aj konanie, ktoré jeho vydaniu predchádzalo a dospel k záveru, že žalobu je podľa § 250j ods. X O.s.p. potrebné zamietnuť, pretože napadnuté rozhodnutie i postup žalovaného z hľadiska vymedzenia žalobných dôvodov boli v súlade so zákonom. Za súhlasu účastníkov súd prejednal vec bez nariadenia pojednávania (§ X50f ods. X, 2 O.s.p.) a rozhodol rozsudkom, ktorý bol verejne vyhlásený dňa XX.XX.XXXX. Podľa § 244 ods. 1 O.s.p. v správnom súdnictve preskúmavajú súdy na základe žalôb alebo opravných prostriedkov zákonnosť rozhodnutí a postupov orgánov verejnej správy. K. preskúmavaní zákonnosti rozhodnutia súd skúma, či žalobou napadnuté rozhodnutie je v súlade s právnym poriadkom SR, t.j. najmä s hmotnými a procesnými administratívnymi predpismi. V intenciách § 244 ods. X O.s.p. súd preskúmava aj zákonnosť postupu správneho orgánu. L. N. č. XXX/XXXX Zb. o správe daní a poplatkov a o zmenách v sústave územných finančných orgánov v znení neskorších predpisov v ustanovení § 2 zakotvuje základné zásady daňového konania. Z.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L. zákonnosti daňového konania vyplýva z ústavného princípu zákonnosti ukladania daní, ktorý je vyjadrený v čl. XX ods. X B. N.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N.,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O. orgány môžu aplikovať pri vyrubení daní iba právne prostriedky, ktoré priamo ustanovuje zákon, alebo ktoré uplatnia daňové orgány v rámci svojho oprávnenia vyplývajúceho zo zákona. K. daňových orgánov v daňovom konaní je teda dodržiavať všeobecne záväzné právne predpisy ( a to hmotnoprávne, ako aj procesné ), ktoré sú podľa § 1 zákona č. X/XXXX Z.z. o L. zákonov N. republiky zverejnené v L. zákonov. IV. Z obsahu administratívneho spisu správnych orgánov súd zistil, že dňa XX.XX.XXXX začal správca dane u žalobcu kontrolu O. za zdaňovacie obdobie január - december XXXX. K. vec sa týka kontroly O. za zdaňovacie obdobie september XXXX, o výsledku ktorej správca dane vyhotovil protokol č. XXX/ XXX/XXXXX/XXXX/Va zo dňa XX.XX.XXXX a dodatok k protokolu zo dňa XX.XX.XXXX. K. spolu s dodatkom bol prerokovaný so splnomocneným zástupcom žalobcu a doručený dňa XX.XX.XXXX. Na základe kontroly správca dane zistil, že žalobca porušil § 49 ods. X a X písm. a/ v nadväznosti na § 5X ods. 1 písm. a/ zákona o O., keď si neoprávnene uplatnil odpočítanie dane z dodávateľských faktúr č. XXXX/XX/XXX, XXXX/XX/XXX, XXXX/XX/XXX, XXXX/XX/XXX, XXXX/XX/XXX a XXXX/XX/XXX v celkovej výške X.XXX.XXX,- Sk za dodávku tovaru - kuracích pŕs od dodávateľa - spoločnosti P. G., s.r.o., nakoľko nebolo preukázané, že táto spoločnosť mu tovar skutočne dodala. L. žalobca porušil § X9 ods. 1 zákona o O. tým, že neodviedol O. vo výške X.XXX.XXX,- Sk z odberateľských faktúr č. XXXXXX, XXXXXX, XXXXXX, XXXXXX, XXXXXX a XXXXXX za dodávku tovaru, ktoré boli vystavené pre odberateľa - spoločnosť G., s.r.o., P. republika, nakoľko v zmysle § 43 zákona o O. nepreukázal intrakomunitárne dodanie tovaru z tuzemska do iného členského štátu. N. dane vydal dňa XX.XX.XXXX pod č.: XXX/XXX/XXXXX/XX/Sek dodatočný platobný výmer, ktorým žalobcovi podľa § 44 ods. X písm. b/ bod X L. vyrubil za zdaňovacie obdobie september XXXX rozdiel dane z pridanej hodnoty v sume XXX.XXX,XX eur. Proti tomuto rozhodnutiu správcu dane podal žalobca odvolanie s obsahom takmer totožným s obsahom žaloby a preto súd na tomto mieste už dôvody odvolania opakovať nebude. L. napadnutým rozhodnutím zo dňa XX.XX.XXXX prvostupňové rozhodnutie správcu dane potvrdil. Z obsahu spisu tiež vyplýva, že správne orgány (najmä správca dane) vykonali vo veci rozsiahle dokazovanie za účelom preverenia, či k deklarovaným obchodom skutočne došlo. M. svedok bol vypočutý Z. N., ktorý bol v relevantnom čase konateľom spoločnosti P. G., s.r.o., a tento poprel, že by niekedy obchodoval so žalobcom, že by vystavil predmetné faktúry, že by prijal akúkoľvek hotovosť od žalobcu a spoločnosť žalobcu ani nepozná. Taktiež uviedol, že v čase, keď bol konateľom spoločnosti P. G., s.r.o., táto sa zaoberala stavebnou činnosťou v G. a on sa v Y. nezdržiaval. J. vystavené faktúry mali inú štruktúru, podpisy nie sú jeho a pečiatka nie je totožná s tou, ktorú spoločnosť používala v roku XXXX. N. nemala ani mraziarenské vozidlá, S. A. nepozná a spoločnosť predal V. H., ktorému odovzdal aj doklady spoločnosti. V súvislosti s faktúrami vystavenými pre spoločnosť G., s.r.o., P. republika, správca dane v rámci medzinárodnej výmeny informácií zistil, že táto spoločnosť nepriznala vo svojom daňovom priznaní nadobudnutie tovaru z iného členského štátu od žalobcu, pričom správca dane vypočul ako svedka konateľa tejto spoločnosti - Z. G., ktorý uviedol, že síce podpísal so žalobcom kúpno-predajnú zmluvu zo dňa XX.XX.XXXX, ale malo sa jednať o sortiment sušené mlieko, maslo a syry. J. si, že by sa nakupoval syr eidam a kuracie prsia. K. na faktúrach ne sú jeho, pečiatka taktiež nepatrí jeho spoločnosti, nakoľko spoločnosť G., s.r.o. mala pečiatky číslované a nebolo na nich označenie P. republiky. J. a nepodpísal ani predložené výdavkové pokladničné doklady a spoločnosť zaplatila len tie faktúry, na základe ktorých tovar skutočne nakúpila. S. uviedol, že nevie o tovare, ktorý je uvedený na predmetných faktúrach, pričom spoločnosť nenakupovala tovar od žalobcu v takom množstve, ako je uvedené na faktúrach. V roku XXXX išlo o tovar asi v objeme XXX.XXX - XXX.XXX Sk. K preprave tovaru uviedol, že túto vykonával p. H., ktorý disponoval s nákladným chladiarenským vozidlom a prepravné doklady potvrdzoval buď on, alebo vodič prepravnej spoločnosti. H. mu aj nejaké faktúry boli žalobcom zaslané, telefonicky preveroval u žalobcu, z akého dôvodu, nakoľko obchody už boli ukončené a on ani jeho účtovníčka tieto faktúry nepodpísali, len ich vrátili naspäť. O platbách za predmetné faktúry nič nevedel a on ani jeho účtovníčka úhrady faktúr nerobili. N. dane zistil, že niektoré úhrady za spoločnosť G., s.r.o. boli realizované prostredníctvom hotovostného vkladu na účet žalobcu, pričom pri vklade bolo uvedené meno V. V., ktorého sa správca dane pokúšal vypočuť ako svedka, ale tento využil svoje právo odoprieť výpoveď a vo veci nevypovedal. Za účelom preverenia hodnovernosti výpovede Z. G. sa správca dane pokúšal vypočuť ako svedka aj Z. H., ktorý mal skutočne dodaný tovar prepravovať, ale tohto sa nepodarilo predviesť ani políciou. Z dôvodu doručenia čestných prehlásení zamestnancov žalobcu - S.. O. a p. S. boli tieto svedkyne vypočuté, pričom p. S. potvrdila čestné prehlásenie, v ktorom uviedla, že vystavila výdavkové pokladničné doklady, vyplatila z pokladne platby za tovar p. A. za spoločnosť G., s.r.o. a p. S. N. za spoločnosť P. G., s.r.o.. W., že obchod prebiehal v ten istý deň, pričom najskôr zaplatil za tovar odberateľ a potom ona vyplácala dodávateľa. S.. O. uviedla, že odoberala vzorky mäsa, ktoré žalobcovi dodávala spoločnosť G., s.r.o. a spoločnosť P. G., s.r.o. ale nevedela povedať, či sa jednalo o chladený alebo mrazený tovar a nevedela, či sa výsledky z laboratórnych skúšok vzoriek nachádzajú k dispozícii v podobe nejakého protokolu. H. žalobcu F.. H. uviedol, že dopravu podľa dohody zabezpečil dodávateľ, kamión s tovarom bol pristavený v ich areáli, kde ho námatkovo skontrolovali, šoférovi dali doklady a dokumentáciu, aby ich odovzdal na mieste určenia. J. uviesť, kde tovar dodávateľ nakladal, adresa vykládky bola v H., všetky doklady preberal p. H. a úhrady zo strany odberateľa G., s.r.o. boli buď bezhotovostné alebo hotovostné, úhrady robil p. H. alebo ním poverený šofér. Y. od dodávateľov prepravoval len p. G.. N. dane vypočul ako svedka tiež S. A., S.. K. G., K. Z., vodiča G. ako aj ďalšie osoby a vykonal aj iné dôkazy za účelom čo najúplnejšieho zistenia skutkového stavu, na základe ktorého dospel k správnemu záveru, keď žalobcovi neuznal odpočítanie dane z vyššie uvedených dodávateľských faktúr od dodávateľa P. G., s.r.o. a taktiež správne vyrubil žalobcovi daň z vyššie uvedených odberateľských faktúr vystavených pre spoločnosť G., s.r.o. V. Podľa názoru súdu sa správne orgány vecou dôkladne zaoberali, pričom najmä správca dane vykonal vo veci rozsiahle dokazovanie, a nie je možné tvrdiť, že by vedenie daňového konania a spôsob vykonávania dokazovania boli v rozpore so zásadou spravodlivého procesu. N. rozhodnutia obsahujú dostatok relevantných dôvodov a preto ich nemožno považovať za nepreskúmateľné. K.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N. dane v priebehu výkonu daňovej kontroly postupoval v súlade so všeobecne záväznými predpismi v zmysle § 2 ods. l L.. Podľa platnej právnej úpravy platiteľ dane má nárok na odpočet dane iba vtedy, ak preukáže splnenie všetkých podmienok stanovených v zákone č. XXX/XXXX Z.z. o dani z pridanej hodnoty v znení neskorších predpisov. O. subjekt bol povinný správcovi dane preukázať, že zdaniteľné obchody tak, ako sú deklarované v podanom daňovom priznaní za kontrolované zdaňovacie obdobie, prijal, čo v uvedenom prípade nebolo žalobcom ako platiteľom v priebehu výkonu daňovej kontroly preukázané. Podľa § XX ods. l a X v nadväznosti na § 51 ods. l písm. a) zákona č. XXX/XXXX Z.z. o dani z pridanej hodnoty, právo na odpočítanie dane z tovarov a služieb vzniká platiteľovi v deň, keď pri tomto tovare alebo službe vznikla daňová povinnosť, pričom daňová povinnosť vzniká dňom dodania tovaru alebo služby. To znamená, že právo na odpočítanie dane si môže daňový subjekt uplatniť v tom prípade, ak preukáže, že došlo k dodaniu zdaniteľného obchodu a tento zdaniteľný obchod použije na účely svojho podnikania ako platiteľ. K. tejto skutočnosti je v zmysle § 29 ods. X L. povinnosťou daňového subjektu a jej splnenie podľa zásady voľného hodnotenia dôkazov potom hodnotí daňový orgán. Je nesporné, že za intrakomunitárnu dodávku v rámci ES sa považuje len taká, ktorá je spojená s prepravou. V danom prípade nebolo preukázané, že žalobca dodal českému odberateľovi tovar a že vôbec bola preprava fakturovaného tovaru uskutočnená. Podľa § 43 ods. X zákona o O. je oslobodené od dane dodanie tovaru, ktorý je odoslaný alebo prepravený z tuzemska do iného členského štátu predávajúcim alebo nadobúdateľom tovaru alebo na ich účet, ak nadobúdateľ je osobou identifikovanou pre daň v inom členskom štáte. Podľa názoru súdu je zrejmé, že žalobca nesplnil podmienky uvedené v § 43 ods. X zákona O., keďže nebolo preukázané, že tovar bol fyzicky prepravený do iného členského štátu, ide o odplatný obchodný vzťah medzi dodávateľom a odberateľom, tovar prepraví dodávateľ alebo odberateľ, alebo tovar bude prepravený inou osobou. Podľa § X3 ods. X zákona o O. je platiteľ povinný preukázať, že sú splnené podmienky oslobodenia od dane podľa ods. X až 4 cit. zákonného ustanovenia. K. je povinný preukázať dodanie tovaru do iného členského štátu kópiou faktúry a a/ ak prepravu tovaru zabezpečí dodávateľ alebo odberateľ inou osobou, prepravným dokladom alebo iným dokladom o odoslaní, v ktorom je uvedené miesto doručenia,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 zmluvou o dodaní tovaru, dodacím listom, dokladom o prijatí platby za tovar. L. poukázal na rozsudok N. dvora EÚ zo dňa XX.XX.XXXX, C-XXX/XX-Teleos, z ktorého vyplýva nutnosť kvalifikácie dodávky tovaru alebo nadobudnutie tovaru vnútri N. na základe objektívnych dôkazov, ako je existencia fyzického pohybu tovaru medzi členskými štátmi. Keďže dodávka tovaru vnútri N. a jeho nadobudnutie vnútri N. predstavujú jeden zdaniteľný obchod, akémukoľvek zdaneniu nadobudnutia tovaru v členskom štáte určenia alebo prepravy tovaru zodpovedá oslobodenie predmetnej dodávky v členskom štáte odoslania alebo prepravy tovaru. N. dvor skonštatoval, že na to, aby dodanie tovaru osobe identifikovanej pre daň v inom členskom štáte mohlo byť oslobodené od dane, musí sa tovar odoslať alebo prepraviť z jedného členského štátu do druhého členského štátu. O. musí riadne a dôveryhodne preukázať splnenie základných podmienok nevyhnutných na účely oslobodenia dodávky v rámci N. od dane z pridanej hodnoty a prijať všetky rozumné opatrenia, ktoré boli v jeho moci, aby sa uistil, že dodávka v rámci N., ktorú uskutoční, nebude viesť k jeho účasti na daňovom podvode. K. oslobodenia od dane je, aby nadobúdateľ a dodávateľ boli podnikateľmi a vlastníctvo tovaru bolo prevedené na nadobúdateľa a tovar bol skutočne fyzicky premiestnený do iného členského štátu. V danom prípade z obsahu spisu vyplýva, že fyzické dodanie - premiestnenie tovaru na územie ČR nebolo preukázané a podľa českej daňovej správy odberateľ z ČR - spoločnosť G., s.r.o. nadobudnutie tovaru nedeklarovala ani v podaných daňových priznaniach a súhrnných výkazoch. Podľa názoru súdu správca dane ako aj žalovaný vo veci postupovali dôsledne v súlade so zákonom a pri skúmaní podmienok pre oslobodenie od dane správne zistili skutkový stav veci a vec aj správne právne posúdili, keď žalobcovi vyrubili rozdiel O. za zdaňovacie obdobie september XXXX. Y. dodať, že žalobca samotnú výšku dorubenej O. nespochybňoval a preto sa s ňou ani súd bližšie nezaoberal. Keďže žalobca nepreukázal dodanie tovaru do iného členského štátu, vznikla mu daňová povinnosť dňom dodania tovaru v tuzemsku podľa § X9 ods. 1 zákona o O.. Podľa názoru súdu správne orgány postupovali v súlade s § 29 ods. 2, 4, a § 2 L.. V zmysle § 2 ods. X L. správca dane hodnotí dôkazy podľa svojej úvahy, a to každý dôkaz jednotlivo a všetky dôkazy v ich vzájomnej súvislosti, pritom prihliada na všetko, čo v daňovom konaní vyšlo najavo. V zmysle § 2 ods. X L. pri uplatňovaní daňových predpisov v daňovom konaní sa berie do úvahy vždy skutočný obsah právneho úkonu alebo inej skutočnosti rozhodujúcej pre určenie alebo vybratie dane. Podľa § X9 ods. 2 L. správca dane dbá, aby skutočnosti rozhodujúce pre správne určenie daňovej povinnosti boli zistené čo najúplnejšie, a nie je pritom viazaný iba návrhmi daňových subjektov. Podľa § 29 ods. X L.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názoru súdu správca dane dodržal zásadu ekonomického dosahu právneho úkonu na daň, t.j. hodnotil právne úkony podľa skutočného obsahu. N. zrealizovanie obchodu s kuracími prsiami nepotvrdil ani dodávateľ žalobcu a ani jeho deklarovaný odberateľ. N. obsahom v daných obchodných prípadoch bolo iba profitovať na odpočítaní dane z pridanej hodnoty za zdaniteľné obchody, ktoré boli daňovým subjektom deklarované ako nákup od tuzemských dodávateľov (pri ktorých sa reálnosť dodania nepotvrdila), s cieľom získať daňovú výhodu, čo je v rozpore so zákonom. Na základe riadne zisteného skutkového stavu podrobne zdokumentovaného v protokole o výsledku zistenia z daňovej kontroly a následne v dodatočnom platobnom výmere, je súd názoru, že správca dane v priebehu výkonu daňovej kontroly postupoval v súlade s § 2, § 15 a § 16 L. v nadväznosti na súčinnosť iných osôb v súlade s § 3X ods. l L. a prijal záver v súlade so všeobecne záväznými predpismi v zmysle § 2 ods. l L.. N. dane v daňovom konaní postupuje podľa § 2 ods. 2 L. v nadväznosti na § 29 ods. l L., vykonáva dokazovanie tým spôsobom, že sa zameriava na preukázanie skutočností pre správne určenie daňovej povinnosti, pričom daňový subjekt je zaťažený dôkazným bremenom. V daňovom konaní (pri dôkaznej povinnosti daňovníka) platí prejednávacia zásada a nie vyhľadávacia (vyšetrovacia). K. správcu dane, pokiaľ ide o nároky uplatnené platiteľom, je tieto prerokovať, umožniť platiteľovi ich existenciu z právne významných hľadísk preukázať, pričom sám má zabezpečiť len tie dôkazy, ktoré podľa zákona nemá povinnosť predložiť platiteľ. V okamihu, kedy správca dane spochybní dôveryhodnosť údajov v daňovom priznaní, musí daňový subjekt v daňovom konaní preukázať, že zdaniteľné obchody skutočne prijal tak, ako ich deklaruje v podaných daňových priznaniach. N. výpoveď je dôležitým dôkazom v daňovom konaní, ktorý je správca dane oprávnený využívať v procese dokazovania v rámci správy daní v záujme zabezpečenia komplexného zistenia skutočností rozhodujúcich pre správne určenie daňovej povinnosti. N. výpoveď hodnotí správca dane podľa svojej úvahy samostatne, aj vo vzájomnej súvislosti s ostatnými dôkazmi. N. dane je povinný prihliadať na všetky skutočnosti, ktoré vyšli pri výsluchu svedka najavo. K námietkam žalobcu ešte súd uvádza, že zo zápisnice o ústnom pojednávaní č.XXX/XXX/XXXXX/ XXXX/Va zo dňa XX.XX.XXXX, ktorej predmetom bolo záverečné prerokovanie protokolu za účasti zamestnancov správcu dane, konateľa spoločnosti F.. Z. H., U.. a splnomocneného zástupcu Z.. G. J. vyplýva, že všetky osoby zúčastnené na ústnom pojednávaní boli v súlade s § 2X ods. 3 L. poučené o povinnosti zachovávať daňové tajomstvo a o právnych dôsledkoch porušenia tejto povinnosti podľa § X64 Y. zákona. I. osoby zúčastnené na ústnom pojednávaní boli správcom dane poučené z dôvodu, že správcovi dane túto povinnosť ukladá § XX ods. 3 L.. Aj § 11 ods. 2 L. stanovuje, že zápisnica o ústnom pojednávaní musí obsahovať vykonané poučenie a vyjadrenie poučených osôb. O. tajomstvom je informácia o daňovom subjekte, ktorá sa získa v daňovom konaní alebo v súvislosti s daňovým konaním (§ 23 ods. X L.). Protokol aj dodatok k protokolu obsahujú skutočnosti o výsledkoch šetrení správcu dane u dodávateľov žalobcu ale aj iných daňových subjektov v súvislosti s preverovaním dodania tovaru (spoločnosť L., s.r.o.), o ktorých sa či už žalobca ako daňový subjekt alebo správca dane dozvedel a o ktorých sú povinní zachovávať mlčanlivosť. N. dane v súlade so zákonom poučil osoby zúčastnené na ústnom pojednávaní, zaznamenal ich vyjadrenie do zápisnice a nemal dôvod nepokračovať v ústnom pojednávaní. Z obsahu poučenia je pritom celkom zrejmé, čo je predmetom poučenia - zachovávať daňové tajomstvo. Y., že konateľ žalobcu a splnomocnený zástupca poučeniu neporozumeli a že správca dane im k tomuto žiadne vysvetlenie neposkytol, nemá žiadny vplyv na skutočnosť, že protokol o daňovej kontrole bol so splnomocneným zástupcom žalobcu riadne prerokovaný a doručený a kontrola bola ukončená v súlade s § XX ods. XX,XX,XX a XX L.. O. k protokolu je súčasťou protokolu, nenahrádza už doručený a prerokovaný protokol a preto nemá ani evidenčné číslo. Na dodatok k protokolu sa nevzťahujú procesné úkony, ktoré platia pre protokol z daňovej kontroly. Podľa § 15 ods. XX L. je daňový subjekt oprávnený sa vyjadriť len k protokolu a nie k dodatku. To, že k dodatku k protokolu sa nemôžu vzťahovať procesné úkony podľa § 1X ods. XX prvej a druhej vety L., vyplýva aj z § 15 ods. 5 písm. c) a ods.X písm. e) L., nakoľko v zmysle týchto ustanovení je zákonná lehota na predloženie vyjadrenia k protokolu z daňovej kontroly poslednou lehotou, kedy daňový subjekt má právo a súčasne i povinnosť predkladať správcovi dane dôkazy preukazujúce jeho tvrdenia v rámci kontroly a túto lehotu nemožno ani predĺžiť a ani odpustiť jej zmeškanie. L. predložil v zákonnej lehote vyjadrenie k protokolu a správca dane postupoval v zmysle zákona, keď len vyhodnotil vyjadrenia žalobcu k protokolu, zaznamenal ich v dodatku k protokolu, ktorý je súčasťou prerokovaného a doručeného protokolu. O. kontrola je jedným z najvýznamnejších nástrojov, ktorými správca dane disponuje, aby zistil alebo preveril základ dane alebo iné skutočnosti rozhodujúce pre správne určenie dane. Na daňovú kontrolu sa vzťahuje § 15 L. a podľa odseku XX tohto paragrafu sa na daňovú kontrolu primerane použijú aj ostatné ustanovenia prvej časti a § 32, XX a XX. V rámci vykonávanej daňovej kontroly mal žalobca možnosť využiť celý rad zákonom zaručených práv, ktoré vyplývajú z jednotlivých ustanovení § 15 L. a to právo predkladať dôkazy k svojim tvrdeniam, nahliadať do spisového materiálu v súvislosti s daňovou kontrolou, klásť svedkom otázky pri ústnom pojednávaní, vyjadriť sa ku skutočnostiam zisteným pri daňovej kontrole. V rámci daňovej kontroly mal žalobca možnosť využiť všetky svoje práva. K. z daňovej kontroly je nielen výsledkom komplexného zisťovania skutkového stavu, ale aj s tým súvisiacej interpretácie daňových a iných právnych predpisov, tzn. že v prípade protokolu sa v plnom rozsahu uplatňuje zásada hodnotenia dôkazov správcom dane. Vo vyrubovacom konaní nie je dôvod opätovne vykonávať dokazovanie, ktoré už prebehlo v rámci daňovej kontroly za účasti platiteľa resp. jeho splnomocneného zástupcu. I. vyrubovacieho konania je úvaha správcu dane ako výsledok hodnotenia dôkazov, ktorú uvedie v rozhodnutí. V. správcu dane obsahuje hodnotenie skutkového stavu ako i právne predpisy a informácie, na základe akých dôkazov správca dane rozhodoval. L. v priebehu daňovej kontroly nebol ničím a nijako obmedzený vo svojom procesnom práve na postup zachovávajúci jeho právo a právom chránené záujmy podľa § X ods. X a v práve na úzku súčinnosť podľa § 2 ods. 2 a X L., nebol nikým a ničím obmedzený vo svojom práve preukázať skutočnosti rozhodujúce pre správne určenie a vyrubenie dane a predkladať všetky dôkazné prostriedky preukazujúce jeho tvrdenia najneskôr do ôsmich pracovných dní odo dňa doručenia protokolu spolu s výzvou na vyjadrenie sa k protokolu a na jeho prerokovanie a taktiež mu nebolo upreté ani právo priznané v čl. XX ods. X B. SR. L. sa vo svojom rozhodnutí vysporiadal so všetkými námietkami, ktoré namietal žalobca v odvolacom konaní. L. v § 29 ods. X umožňuje použiť všetky prostriedky, ktorými možno zistiť a objasniť skutočnosti rozhodujúce pre správne určenie daňovej povinnosti, pričom ako príklad sú ako použiteľné dôkazné prostriedky uvedené priznania, hlásenia, odpovede na výzvy správcu dane, svedecké výpovede, verejné listiny, znalecké posudky, protokoly o daňových kontrolách, zápisnice o miestnom zisťovaní, povinné záznamy daňových subjektov a doklady k nim a pod. N. dane pri svojom rozhodovaní vo veci nie je viazaný iba na dôkazy, ktoré mu predloží daňový subjekt, ale má právo v súlade s § X9 ods. 2 L. a z dôvodu čo najobjektívnejšieho zistenia skutkového stavu aj povinnosť komplexným zisťovaním, t.j. aj vlastným šetrením, dožiadaním na iného správcu dane respektíve z iných daňových konaní, zistiť všetky skutočnosti rozhodujúce pre správne určenie dane. K. svojom rozhodovaní prihliada na všetko, čo v daňovom konaní vyšlo najavo, ako dôkaz možno použiť všetky prostriedky, ktorými možno zistiť a objasniť skutočnosti, ak tieto nie sú získané v rozpore so všeobecne záväznými právnymi predpismi. Námietku porušenia daňového tajomstva by mohla účinne podať iba poškodená strana. L. bol účastníkom daňového konania a ako taký je viazaný mlčanlivosťou o veciach, ktoré sa v rámci daňového konania dozvedel a ktoré svojím obsahom sú daňovým tajomstvom (§ 23 L.). N. orgány vo svojich rozhodnutiach popísali pôvod jednotlivých dôkazov, čím je zrejmé, ktoré dôkazy boli vykonané v inom konaní, ktoré boli vykonané na základe dožiadania a ktoré vykonal správca dane. N. dane v rámci medzinárodnej výmeny daňových informácií preveroval sporné obchody. H. Z. N. boli k nahliadnutiu predložené aj faktúry č. XXXX/XX/XXX, č. XXXX/XX/XXX, č. XXXX/XX/XXX, č. XXXX/XX/XXX, č. XXXX/ XX/XXX a č. XXXX/XX/XXX. J. je dôvodné tvrdenie žalobcu, že tento svedok bol vypočúvaný na skutočnosti, ktoré netvrdil. N. sa vyjadroval k sporným faktúram spoločnosti P. G., s.r.o., v ktorej bol v relevantnom čase konateľom. I. svedka Z. N. bolo dôležité, nakoľko práve on bol v čase tvrdeného uskutočnenia sporných obchodov jediným konateľom spoločnosti P. G., s.r.o., a preto mal mať vedomosti o preverovaných obchodoch. L. v bode X a nasl. žaloby uvádza námietky voči neuznaniu odpočítania dane z faktúr od spoločnosti G., s.r.o., hoci v napadnutom rozhodnutí sa jednalo o neuznanie odpočítania dane z dodávateľských faktúr č. XXXX/XX/XXX, č. XXXX/XX/XXX, č. XXXX/XX/XXX, č. XXXX/XX/XXX, č. XXXX/XX/XXX a č. XXXX/XX/XXX od dodávateľa P. G., s.r.o. Napriek uvedenému súd uvádza, že dodatok k obchodnej zmluve zo dňa XX.XX.XXXX uzatvorený medzi spoločnosťami G., s.r.o. a žalobcom, v zmysle ktorého sa mal tovar prepravovať, podpísal pán S. A., čo tento potvrdil. K prvotnej zmluve, ktorá správcovi dane predložená nebola, sa však vyjadriť nevedel. Taktiež potvrdil, že podpisoval aj niektoré faktúry a príjmové pokladničné doklady a že obchody medzi spoločnosťou G., s.r.o. a žalobcom boli reálne uskutočnené. Y. svedka S. A., že mal plnú moc na zastupovanie spoločnosti, ktorú mu dal S.. K. G., je však v rozpore s výpoveďou svedka S.. K. G., ktorý uviedol, že mu nedal žiadne splnomocnenie. N. dane predvolal S.. K. G. dôvodne. Z dokazovania vyplynulo, že S. A. nebol oprávnený konať za spoločnosť, nakoľko nebol konateľom spoločnosti a ani nebol nikým splnomocnený a ani poverený na to, aby zastupoval túto spoločnosť. L. teda konal s osobou, ktorá nebola oprávnená konať za spoločnosť G., s.r.o.. V odvolacom konaní žalobca tvrdil, že si preveruje nových obchodných partnerov a že v prípade spoločnosti G., s.r.o. im doklady predkladal pán A.. H. si žalobca preveroval dodávateľa G., s.r.o., nemal by dôvod konať s S. A., nakoľko S. A. nebol v danom čase konateľom spoločnosti G., s.r.o. a ani nebol nikým splnomocnený. L. sa vo svojom rozhodnutí dostatočne vysporiadal s námietkou žalobcu ohľadne výpovede svedka S. A.. L. predložil dodatok k obchodnej zmluve podpísaný pánom A. a správca dane sa týmto dôkazom zaoberal a overoval skutočnosti vyplývajúce z tohto dôkazu. N. dane pri posudzovaní, či bol S. A. oprávnený konať v mene spoločnosti G., s.r.o. vychádzal z údajov uvedených v obchodnom registri a z výpovede bývalého konateľa spoločnosti S.. K. G., ktorý vypovedal, že nikoho nesplnomocnil na zastupovanie spoločnosti a aj z výpovede súčasného konateľa spoločnosti K. Z., ktorý taktiež nespomenul, že niekoho splnomocnil na konanie v mene spoločnosti. H. spoločnosti K. Z. poprel dodanie tovaru a nespomenul, že niekoho splnomocnil, aby konal v mene spoločnosti. N. G. na otázku, či vozil kuracie prsia do spoločnosti J. spol. s r.o. uviedol, že väčšinou vozil kuracie prsia do H. v ČR a uviedol, že tovar vozil pre spoločnosť L.. To, kde sa tovar nakladal, nevedel uviesť. N. pána A. a pána H. pozná a prostredníctvom nich pozná aj spoločnosti G., s.r.o. a J., spol. s r.o., avšak nepotvrdil, že by prepravoval tovar od spoločnosti G., s.r.o. do spoločnosti J. spol. s r.o. N. sa vo svojej výpovedi nezmienil, že tovar, ktorý prepravoval z Y. od spoločnosti G., s.r.o. najskôr dopravil do K. G. do areálu spoločnosti J. spol. s r.o., kde bol prevzatý pánom F.. H., respektíve pani O., ktorá mala odoberať z tovaru vzorky. M. medzinárodné nákladné listy (U.) nepreukazujú, že by bol žalobcovi dodaný tovar od spoločnosti G., s.r.o., nakoľko neobsahujú predpísané náležitosti. Z týchto vyplýva len to, že odosielateľom kuracích pŕs je spoločnosť G., s.r.o. (zmienka o spoločnosti J. spol. s r.o. na nich nie je), dopravu pre spoločnosť G. s.r.o. mal vykonať prepravca L., s.r.o. a miesto vykládky by mali byť H.. U. obsahujú iba pečiatku spoločnosti L., s.r.o. bez podpisu prepravnej spoločnosti, bez údajov o D. vozidla, mena šoféra, dátumu a potvrdenia o prevzatí tovaru a pod. N. G. sa síce vyjadril, že predložené U. neobsahujú potvrdenia o prevzatí a odovzdaní tovaru, lebo si ich fotil len pre svoju vlastnú potrebu, ak by mu nebolo za prepravu zaplatené, ale takéto doklady potom tvrdenia žalobcu nepreukazujú. N. dane sa pokúšal preveriť tvrdenia svedka ohľadom prepravy tovaru v spoločnosti L., s.r.o., ale nebolo to možné z dôvodu, že spoločnosť na adrese sídla spoločnosti už nesídli, nový konateľ spoločnosti A. N., G. zásielky nepreberá a bývalý konateľ už nemá doklady spoločnosti. N. V. I. potvrdila, že vystavovala doklady, ale pri obchodoch nebola. J. sa obchodov nezúčastnila, nemôže ani preukázať reálne uskutočnenie dodania preverovaného tovaru. L. v odvolacom konaní predložil čestné vyhlásenia svojich zamestnankýň pani S.. X. O. a Y. S.. K. O. vypovedala dňa XX.XX.XXXX (zápisnica o ústnom pojednávaní č. XXX/XXX/XXXXX/XXXX/Šar) a pani S. dňa XX.XX.XXXX (zápisnica o ústnom pojednávaní č. XXX/XXX/XXXXX/XXXX/Šar). K. obidvoch výpovediach bol splnomocnený zástupca daňového subjektu a aj konateľ spoločnosti F.. Z. H., U.., z čoho vyplýva, že sa žalobca nemohol o výpovediach dozvedieť až z odôvodnenia rozhodnutia žalovaného. M. výpovede týchto svedkýň podľa názoru súdu nepreukázali, že tovar bol žalobcovi skutočne dodaný dodávateľom G. s.r.o. (S.. X. O. nevedela, či odoberala vzorky z chladeného alebo mrazeného mäsa, Y. S. len vystavila výdavkové pokladničné doklady a vyplatila z pokladne platby za dodaný tovar pánovi A. za spoločnosť G., spol. s r.o. a pánovi S. N. za spoločnosť P. G., s.r.o.). L. dal návrh na vypočutie týchto svedkýň v odvolacom konaní. Aj keď správca dane postúpil odvolanie odvolaciemu orgánu bez vypočutia uvedených svedkýň, odvolací orgán tento nedostatok v súlade s § 48 ods. X L. napravil, vyhovel návrhu žalobcu a svedkyne boli vypočuté. N. orgány postupovali v prípade výsluchov svedkov počas kontroly a aj v odvolacom konaní v súlade s platnými právnymi predpismi, ktoré sa na výsluch svedka vzťahujú a svedkovia boli riadne poučení. H. zo svedkov mal možnosť sa vyjadriť. Aj keď boli svedkyne O. a S. vypočúvané na skutočnosti týkajúce sa rôznych druhov daní, je táto námietka žalobcu bezpredmetná, nakoľko sa jednalo o tie isté obchody a tie isté predložené doklady. K protokolom o senzorických skúškach, ktoré mala vykonať pracovníčka laboratória pani L. zo vzoriek, ktoré jej odovzdala pani O. a mali byť predložené správcovi dane, treba uviesť, že žiadne protokoly neboli správnym orgánom predložené. N. dane dôvodne preveroval v rámci medzinárodnej výmeny informácií aj dodanie tovaru spoločnosti G., s.r.o.. V tejto súvislosti bol vypočutý za účasti splnomocneného zástupcu žalobcu ako svedok Z. G., ktorý bol v čase tvrdeného uskutočnenia obchodných prípadov konateľom spoločnosti G., s.r.o. Y. síce potvrdil, že podpísal kúpno-predajnú zmluvu so spoločnosťou J. spol. s r.o. a potvrdil aj obchodnú spoluprácu so spoločnosťou J. spol. s r.o., avšak vo svojej výpovedi jednoznačne poprel dodanie tovaru v takom objeme, ako je uvedené na predmetných faktúrach. M. na jednom z dodacích listov, ktoré sú súčasťou faktúr vystavených pre spoločnosť G. s.r.o., nie je podpis vodiča, je tam iba podpis a pečiatka toho, kto vydal dodací list v mene spoločnosti J. spol. s r.o. a podpis a pečiatka príjemcu (pečiatka G., s.r.o. a podpis). Q. prehlásenia o prepravení tovaru k faktúre č. XXXXXX, nie je ani v jednom prípade uvedené meno vodiča. L. pán G. uviedol aj to, že podpisy na preverovaných dokladoch, t.j. aj na dodacích listoch a prehláseniach o preprave tovaru, nie sú jeho a spoločnosť G. s.r.o. nemala takú formu pečiatky, aká je na týchto dokladoch. I. žalobcu vo veci dodania tovaru sú sporné aj v tom, že žalobca na jednej strane tvrdí, že prepravu tovaru si zabezpečoval odberateľ, t.j. spoločnosť G., s.r.o., pričom sa odvoláva na zmluvu uzatvorenú medzi spoločnosťou G., s.r.o. a J., spol. s r.o. a na druhej strane tvrdí, že preverovaný tovar bol prepravovaný spoločnosťou G., s.r.o. až do spoločnosti G., s.r.o., a odvoláva sa na dodatok uzatvorený so spoločnosťou J., spol. s r.o. Ak mal prepravu tovaru zabezpečiť odberateľ G. s.r.o., žalobca nemal dôvod uzatvárať dodatok so spoločnosťou G. s.r.o.. L. preukazoval intrakomunitárne dodanie tovaru do P. republiky odberateľskými faktúrami vystavenými pre spoločnosť G. s.r.o., ktorými fakturoval tovar s oslobodením od dane, dodacími listami a prehlásením odberateľa o prepravení tovaru do iného členského štátu. Y. doklady však boli spochybnené konateľom spoločnosti G. s.r.o. Z. G. (podpisy nie sú jeho, spoločnosť mala iný typ pečiatky....). K. na oslobodenie od dane v zmysle § 43 ods. X písm. a) zákona o O. mal preukazovať žalobca, ktorý mal predložiť aj medzinárodné prepravné doklady (U.), ktoré by preukazovali, že dodávateľom tovaru je spoločnosť J. spol. s r.o., že tovar bol prepravený a odovzdaný v P. republike, a obsahovali by prepísané náležitosti. V tom prípade by sa nemusel odvolávať na U., ktoré predkladal svedok G. a ktoré neobsahovali predpísané náležitosti. Q. toho nadobudnutie tovaru v P. republike nebolo spoločnosťou G. s.r.o. ani priznané, teda ani daň odvedená nebola, čo správca dane zistil od českej daňovej správy. Zo skutočností, ktoré uviedol správca dane v protokole k daňovej kontrole je zrejmé, že žalobca dostatočne nepreukázal dodanie tovaru. N. dane nemá povinnosť uviesť, aké dôkazy má daňový subjekt predložiť a taktiež nie je povinný zisťovať, či nejaké dôkazy existujú. S. by byť v záujme daňového subjektu, aby si zaobstaral dostatok dôkazov, ktorými by bol schopný preukázať reálne uskutočnenie dodania tovaru a to z toho dôvodu, že je zaťažený dôkaznou povinnosťou, ktorú mu ukladá § 29 ods. X L.. N. dane postupoval aj v prípade výsluchu svedka Z. N. v súlade s právnymi predpismi, ktoré sa na výsluch svedka v daňovom konaní vzťahujú a svedok bol riadne poučený. Z. N. bol v čase uskutočnenia zdaniteľných obchodov jediným, kto bol oprávnený konať za spoločnosť P. G., s.r.o. a preto ako konateľ aj mal vedomosti o tom, čím sa spoločnosť P. G., s.r.o. zaoberala (podľa jeho vyjadrenia sa zaoberala stavebnou činnosťou, vystavovala iný typ faktúr, mala inú pečiatku, podpisy nie sú jeho, spoločnosť J., spol. s r.o. nepozná). S. N., ktorého uvádza žalobca ako osobu, s ktorou konal, nebol oprávnený konať v mene spoločnosti P. G. s.r.o., nakoľko na takéto konanie nebol štatutárnym zástupcom spoločnosti ani splnomocnený ani poverený. V zmysle § 29 ods. X L. dokazovanie vedie správca dane, ktorý v zmysle § X6 ods. 1 L. môže požiadať o vykonanie jednotlivých úkonov, ako aj o poskytnutie informácií, iného miestne príslušného správcu dane. N. dane preveroval skutočnosti ohľadom dodávateľov G., s.r.o., P. G., s.r.o. a prepravcu L., s.r.o. prostredníctvom dožiadaní, pričom žalobca bol so všetkými zisteniami oboznámený a mal právo sa k nim vyjadriť. O. boli vykonané v súlade s ustanoveniami L. a správca dane nemá povinnosť dopredu žalobcovi oznamovať ich vykonanie. V predmetnom spore bol aplikovaný zákon č. XXX/XXXX Z.z. o dani z pridanej hodnoty zo 6. apríla XXXX, ktorý nadobudol účinnosť dňa 1. mája XXXX, t.j. v ten istý deň ako nadobudla platnosť L. o pristúpení N. republiky a ostatných štátov k EÚ. L. o dani z pridanej hodnoty bol prijímaný za účelom riadnej a včasnej transpozície relevantnej sekundárnej legislatívy EÚ (v zásade smerníc ES, najmä šiestej smernice V. XX/XXX/EHS), na ktorú odkazuje § 8X v spojení s prílohou č. 6 (zoznam preberaných právnych aktov ES a EÚ). M. právnych predpisov N. republiky musí brať na zreteľ členstvo SR v D. únii s tým, že od 1. mája XXXX je každý orgán verejnej moci povinný aplikovať právo EÚ prednostne pred slovenským právom vtedy, ak je slovenský zákon v rozpore s právom EÚ (pozri rozsudok N. dvora EÚ X/XX, U. v. D., Zb.s. XXX) a konštantnou judikatúrou N. dvora EÚ. Podľa N. dvora EÚ prednosť pred vnútroštátnou normou majú všetky úniové normy bez ohľadu na ich právnu silu: ustanovenia zmluvy (napr. U. p. D., X/XX, XX.X.XXXX, Zb. s. XXXX) , všeobecné zásady úniového práva (napr. T., X/XX, XX.X.XXXX, Zb. s. XXXX, bod XX), nariadenia (napr. K., XX/XX, XX.XX.XXXX, Zb. s. XXXX, bod X), smernice (G., X/XX, XX.X.XXXX, Zb. s. XX), rozhodnutia (N. di U., XXX/XX, X.X.XXXX, Zb.s. XXX), medzinárodné zmluvy uzatvorené B. (H., XXX/XX, XX.XX.XXXX, Zb. s. XXXX). L. povedané, akákoľvek úniová právna norma má bez ohľadu na jej právnu silu v úniovom právnom poriadku a bez ohľadu na jej priamy účinok, vyššiu právnu silu ako ktorákoľvek vnútroštátna norma. B. právo má prednosť pred všetkými vnútroštátnymi normami bez ohľadu na ich územnú alebo časovú pôsobnosť, t.j. bez ohľadu na to, či boli prijaté vnútroštátnym zákonodarcom alebo jednotkami územnej samosprávy, alebo či sa jedná o normy skoršie alebo neskoršie. N. dvor tiež potvrdil, že účinnosť úniového práva nemôže byť rozdielna podľa jednotlivých oblastí vnútroštátneho práva, čo znamená, že zásada prednosti úniového práva sa vzťahuje na všetky vnútroštátne právne odvetvia. K. rešpektovať prednosť úniového práva musia dodržiavať všetky zložky štátnej moci: vláda, štátna správa, zákonodarca aj súdne orgány. K. ide o smernicu V. XXXX/XXX/ES z XX. novembra XXXX o spoločnom systéme dane z pridanej hodnoty, súd konštatuje, že táto nadobudla účinnosť dňa X. januára XXXX (čl. XXX smernice), avšak podľa ust. XXX smernice sú členské štáty povinné uviesť do účinnosti zákony, iné právne predpisy a správne opatrenia potrebné na dosiahnutie súladu s článkom X ods. 3, článkom XX, článkom XX ods. 1 a článkom XXX a prílohou F. bod XX najneskôr do 1. januára XXXX. I. orgány aplikácie práva, teda aj súdy, majú v rámci svojich právomocí vždy usilovať o eurokonformný výklad vnútroštátneho práva, aby sa zabezpečila úplná účinnosť smernice a dosiahnutie jej cieľa (pozri rozsudok N. dvora EÚ M., C-XXX/XX, X.X.XXXX, Zb. s. I-XXXX, bod XXX) bez ohľadu na to, či ustanovenia použité pri výklade majú alebo nemajú priamy účinok. Pre úplnosť treba uviesť, že vo svetle judikatúry N. dvora EÚ treba každý jeden prípad posudzovať individuálne s prihliadnutím na všetky jeho okolnosti, čo správne orgány aj urobili a dospeli k záveru, že žalobca skutočne nepreukázal zrealizovanie deklarovaných obchodov a súd sa s týmto názorom stotožnil. N. XXXX/XXX/ES v súlade so svojimi článkami XXX a XXX teda zrušila a nahradila od 1. januára XXXX právnu úpravu B. v oblasti O., a to najmä šiestu smernicu. Aj v rozsudku N. dvora EÚ z XX.XX.XXXX v spojených veciach C-XX/XX a C-XXX/XX N. dvor EÚ uviedol, že je potrebné pripomenúť, že boj proti podvodom, daňovým únikom a prípadným zneužitiam je cieľ uznaný a podporovaný smernicou XXXX/XXX (pozri najmä rozsudky E. zo 7. decembra XXXX, R, C-XXX/XX, bod XX, ako aj z XX. októbra XXXX, Y., C-XXX/XX, bod XX). V tejto súvislosti N. dvor už rozhodol, že osoby podliehajúce súdnej právomoci sa nemôžu podvodne alebo zneužívajúcim spôsobom dovolávať noriem práva B. (pozri najmä rozsudok z 3. marca XXXX, P. H, C-XX/XX, Zb. s. I- XXXX, bod XX; E. a i., ako aj H. a V. V., už citovaný, bod XX). Z tohto dôvodu prináleží vnútroštátnym orgánom a súdom zamietnuť priznanie práva na odpočet, ak sa s ohľadom na objektívne skutočnosti preukáže, že toto právo sa uplatňuje podvodne (pozri v tomto zmysle rozsudky P. H, body XX a XX; H. a V. V., ako aj z XX. marca XXXX, I., C-41X/XX, bod XX). Podľa judikatúry N. dvora subjekty, ktoré prijmú všetky opatrenia, ktoré je možné dôvodne od nich požadovať na zabezpečenie, aby ich plnenia neboli poznačené podvodom, bez ohľadu na to, či ide o podvod vo vzťahu k O. alebo iné podvody, musia mať možnosť spoľahnúť sa na zákonnosť týchto plnení bez toho, aby riskovali, že stratia svoje právo na odpočet O. zaplatenej na vstupe (pozri rozsudok H. a V. V., už citovaný, bod XX). J., nie je v rozpore s právom B. požadovať, aby subjekt prijal všetky opatrenia, ktoré od neho možno rozumne požadovať, aby sa uistil, že plnenie, ktoré uskutoční, nebude viesť k jeho účasti na daňovom podvode (pozri v tomto zmysle rozsudky z XX. septembra XXXX, Y. a i., C-XXX/XX Zb. s. I-XXXX, body XX a XX; J. N., bod XX, ako aj z XX. decembra XXXX, I. Q., C-XXX/XX, bod XX). J. v súlade s článkom XXX prvým odsekom smernice XXXX/XXX členské štáty môžu uložiť iné povinnosti ako tie uvedené v tejto smernici, ak ich považujú za potrebné na zabezpečenie riadneho výberu O. a na predchádzanie daňovým podvodom. Napriek tomu, že tieto ustanovenia priznávajú členským štátom určitú mieru voľnej úvahy (pozri rozsudok z XX. januára XXXX, H. P. K., C-XXX/XX, bod XX), táto možnosť sa v zmysle druhého odseku uvedeného článku nesmie použiť na uloženie ďalších povinností fakturácie ako tých, ktoré sú stanovené v kapitole X s názvom „P.“ hlavy XI s názvom „K. zdaniteľných osôb a niektorých nezdaniteľných osôb“ uvedenej smernice a najmä v jej článku XXX. Q. toho opatrenia, ktoré majú členské štáty možnosť prijať podľa článku XXX smernice XXXX/XXX s cieľom zabezpečiť správny výber dane a predchádzať daňovým podvodom, nesmú ísť nad rámec toho, čo je potrebné na dosiahnutie týchto cieľov. Z tohto dôvodu sa nemôžu používať spôsobom, ktorý systematicky spochybňuje právo na odpočítanie O. a tým neutralitu O., ktorá predstavuje základnú zásadu spoločného systému O. (pozri v tomto zmysle najmä rozsudky A. a i., bod XX; E. a i., bod XX; z XX. októbra XXXX, J. E., C-XXX/XX, bod XX, ako aj O., bod XX). Po preskúmaní veci súd konštatoval, že nebolo zistené žiadne porušenie zásad daňového konania, pričom daňové orgány vykonali riadne dokazovanie a prihliadli na všetko, čo vyšlo v daňovom konaní najavo. N. tiež poukázali na judikatúru N. dvora EÚ, v súlade s ktorou aj rozhodli. Z uvedených dôvodov H. súd v G. dospel k záveru, že námietky uvedené v žalobe neodôvodňujú zrušenie napadnutého rozhodnutia. K. žalovaného ako aj preskúmavané rozhodnutie boli v súlade so zákonom a preto súd žalobu podľa § 250j ods. X O.s.p. zamietol. VI. O náhrade trov konania súd rozhodol podľa § 25Xk ods. X O.s.p. a v konaní neúspešnému žalobcovi právo na ich náhradu nepriznal, rovnako ani žalovanému, ktorý podľa ustálenej judikatúry nemá v takomto prípade právo na náhradu trov konania. Y. rozhodnutie senát Krajského súdu v Bratislave prijal pomerom hlasov 3 : 0 (§ 3 ods. X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https://www.kauzis.sk/judikatura/r/ECLI:SK:KSBA:2013:1011201233.3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