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4S/178/2011 z 3. 11. 2013</w:t>
      </w:r>
    </w:p>
    <w:p>
      <w:r>
        <w:t>Uznesenie Krajského súdu Bratislava z 3. novembra 2013, sp. zn. 4S/178/2011, ECLI:SK:KSBA:2013:1011201552.1</w:t>
      </w:r>
    </w:p>
    <w:p>
      <w:r>
        <w:t>Súd: Krajský súd Bratislava</w:t>
      </w:r>
    </w:p>
    <w:p>
      <w:r>
        <w:t>Spisová značka: 4S/178/2011</w:t>
      </w:r>
    </w:p>
    <w:p>
      <w:r>
        <w:t>ECLI: ECLI:SK:KSBA:2013:1011201552.1</w:t>
      </w:r>
    </w:p>
    <w:p>
      <w:r>
        <w:t>Dátum vydania: 3. 11.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4S/178/2011 Identifikačné číslo súdneho spisu: 1011201552 Dátum vydania rozhodnutia: 04. 11. 2013 Meno a priezvisko sudcu, VSÚ: JUDr. Soňa Langová ECLI: ECLI:SK:KSBA:2013:1011201552.1 Uznesenie Krajský súd v Bratislave v právnej veci žalobcu: APPRIORI, s.r.o., so sídlom Areal hospodárskeho dvora Boldog, 925 26 Boldog, právne zastúpený: JUDr. Bohumil Bláha, advokát so sídlom Hurbanovo nám. č. 5, 811 03 Bratislava, proti žalovanému: Finančné riaditeľstvo Slovenskej republiky, so sídlom Lazovná 63, 974 01 Banská Bystrica, o preskúmanie zákonnosti rozhodnutia č. 1/222/4008-72470/2011/993415- r zo dňa 11.7.2011 a o prerušení konania, takto r o z h o d o l : Krajský súd v Bratislave konanie vedené pod sp.zn. 4S/178/2011 p r e r u š u j e až do rozhodnutia vo veci samej vedenej na Najvyššom súde Slovenskej republiky pod sp.zn. 5Sžf/27/2013 a vrátenia prvostupňového administratívneho spisu Daňového úradu Senec tunajšiemu súdu. o d ô v o d n e n i e : Žalobou doručenou Krajskému súdu v Bratislave dňa 20.9.2011 sa žalobca domáhal preskúmania zákonnosti rozhodnutia žalovaného č. 1/222/4008-72470/2011/993415-r zo dňa 11.7.2011, ktorým žalovaný potvrdil rozhodnutie Daňového úradu Senec č. 609/230/58754/10/HAT zo dňa 28.10.2010 o vyrubení rozdielu dane z pridanej hodnoty za zdaňovacie obdobie august 2005 v sume XXX.XXX,XX €. Krajský súd v Bratislave listom zo dňa 24.9.2013 požiadal Najvyšší súd Slovenskej republiky o zapožičanie administratívneho spisu zo spisu 1S/177/2011 (v odvolacom konaní je tento spis vedený pod sp.zn. 5Sžf/27/2013) z dôvodu, že sa v ňom nachádzajú spoločné doklady k spisu 4S/178/2011. Zo zapožičaného administratívneho spisu súd zistil, že Najvyšší súd predložil len časť administratívneho spisu - druhostupňový, ktorý nemá význam pre konanie vedené pod sp.zn. 4S/178/2011. Podľa ustanovenia § 109 ods. 2 písm. c) Občianskeho súdneho poriadku (ďalej len ,,O.s.p.“), pokiaľ súd neurobí iné vhodné opatrenia, môže konanie prerušiť, ak prebieha konanie, v ktorom sa rieši otázka, ktorá môže mať význam pre rozhodnutie súdu alebo ak súd dal na takého konanie podnet. Nakoľko Krajský súd v Bratislave na rozhodnutie vo veci samej vedenej pod sp.zn. 4S/178/2011 potrebuje úplný administratívny spis a nie len jeho časť, nemal inú možnosť, ako konanie prerušiť až do rozhodnutia vo veci samej vedenej na Najvyššom súde Slovenskej republiky pod sp.zn. 5Sžf/27/2013 a vrátení prvostupňového administratívneho spisu Daňovému úradu Senec. Poučenie: Proti tomuto uzneseniu možno podať odvolanie do 15 dní odo dňa jeho doručenia na Najvyšší súd Slovenskej republiky prostredníctvom Krajského súdu v Bratislave, písomne v troch vyhotoveniach. V odvolaní sa má popri všeobecných náležitostiach (§ 42 ods. 3 OSP)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https://www.kauzis.sk/judikatura/r/ECLI:SK:KSBA:2013:1011201552.1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