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3S/181/2011 z 2. 12. 2013</w:t>
      </w:r>
    </w:p>
    <w:p>
      <w:r>
        <w:t>Opravné uznesenie Krajského súdu Bratislava z 2. decembra 2013, sp. zn. 3S/181/2011, ECLI:SK:KSBA:2013:1011201564.3</w:t>
      </w:r>
    </w:p>
    <w:p>
      <w:r>
        <w:t>Súd: Krajský súd Bratislava</w:t>
      </w:r>
    </w:p>
    <w:p>
      <w:r>
        <w:t>Spisová značka: 3S/181/2011</w:t>
      </w:r>
    </w:p>
    <w:p>
      <w:r>
        <w:t>ECLI: ECLI:SK:KSBA:2013:1011201564.3</w:t>
      </w:r>
    </w:p>
    <w:p>
      <w:r>
        <w:t>Dátum vydania: 2. 12.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3S/181/2011 Identifikačné číslo súdneho spisu: 1011201564 Dátum vydania rozhodnutia: 03. 12. 2013 Meno a priezvisko sudcu, VSÚ: Mgr. Helena Marcinkechová ECLI: ECLI:SK:KSBA:2013:1011201564.3 Opravné uznesenie Krajský súd v Bratislave v právnej veci žalobcov: v 1/ rade: A.. Z. E., C. 4, C.; v 2/ rade: Zdenka E., C. 4, C.; v 3/ rade: N. F., P. cesta XX, C.; v 4/ rade: P.. K. Q., D. XX, C.; v 5/ rade: Z. Q., D. XX, C.; v 6/ rade: A.. Z. Z., D. XX, C.; v 7/ rade: N. Z., D. XX, C.; v 8/ rade: P.. Z. N., Z. XX, C.; v 9/ rade: P.. P. O., K. XX, C.; v 10/ rade: N. L., Z. XX, C.; v XX/ rade: Q.. N. A., S. 2, C.; v XX/ rade: A. N., T. 3, C.; v XX/ rade: F. N., T. 3, C.; v XX/ rade: F. U., N. XX, C.; v XX/ rade: Z. I., Q. XX, C.; v XX/ rade: Z. E., Z. 7, C.; v XX/ rade: P.. A. N., Q. XX, C.; v XX/ rade: F. C., N. č. 6, T.; v XX/ rade: M. S., Q. XX, C.; v XX/ rade: Z. Z., D. 1, C.; v XX/ rade: M. Q., J. K. XX, C.; v XX/ rade: P.. A. H., Q. dolina XX, C.; v XX/ rade: C. H., Z. 5, C.; v XX/ rade: R. R., H. 7, C.; v XX/ rade: N. O., S. 1, C.; v XX/ rade: P.. Z. M., S. starej prachárni 6, C.; v XX/ rade: P.. A. O., K. XX, C.; v XX/ rade: Q. N., K. XX, C.; v XX/ rade: Z. N., K. XX, C.; v XX/ rade: A. Z., D. D. č. XXX; v XX/ rade: M. Z., S. XX, C.; v XX/ rade: Z.. N. V., Q. XX, C.; v XX/ rade: A.. A. X., K. 3, C., všetci zastúpení JUDr. Mariánom Malachom, advokátom, bytom Hrobákova 32, 851 02 Bratislava, proti žalovanému: Obvodný pozemkový úrad v Bratislave, Trenčianska 55, 821 09 Bratislava, o preskúmanie zákonnosti rozhodnutia Krajského pozemkového úradu v Bratislave č. 681/136/2011 zo dňa 13.06.2011, takto r o z h o d o l : Súd opravuje označenie žalovaného v záhlaví rozsudku č.k. 3S 181/2011-63 zo dňa 16.4.2013 tak, že správne označenie žalovaného je Obvodný pozemkový úrad v Bratislave, Trenčianska 55, 821 09 Bratislava. o d ô v o d n e n i e : Pri písomnom vyhotovení rozsudku č. k. 3S 181/2011-63 zo dňa 16.4.2013 došlo k pisárskej chybe, keď v záhlaví rozsudku bol ako žalovaný uvedený Krajský pozemkový úrad v Bratislave. Krajské pozemkové úrady boli s účinnosťou os 1.1.2013 zrušené zákonom č. 345/2012 Z.z. o niektorých opatreniach v miestnej štátnej správe a o zmene a doplnení niektorých zákonov a ich pôsobnosť prešla na obvodné pozemkové úrady v sídle kraja. Správne označenie žalovaného preto je Obvodný pozemkový úrad v Bratislave, Trenčianska 55, 821 09 Bratislava.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https://www.kauzis.sk/judikatura/r/ECLI:SK:KSBA:2013:1011201564.3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