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3Sp/47/2011 z 25. 3. 2013</w:t>
      </w:r>
    </w:p>
    <w:p>
      <w:r>
        <w:t>Uznesenie Krajského súdu Bratislava z 25. marca 2013, sp. zn. 3Sp/47/2011, ECLI:SK:KSBA:2013:1011201654.2</w:t>
      </w:r>
    </w:p>
    <w:p>
      <w:r>
        <w:t>Súd: Krajský súd Bratislava</w:t>
      </w:r>
    </w:p>
    <w:p>
      <w:r>
        <w:t>Spisová značka: 3Sp/47/2011</w:t>
      </w:r>
    </w:p>
    <w:p>
      <w:r>
        <w:t>ECLI: ECLI:SK:KSBA:2013:1011201654.2</w:t>
      </w:r>
    </w:p>
    <w:p>
      <w:r>
        <w:t>Dátum vydania: 25. 3.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3Sp/47/2011 Identifikačné číslo súdneho spisu: 1011201654 Dátum vydania rozhodnutia: 26. 03. 2013 Meno a priezvisko sudcu, VSÚ: JUDr. Anna Peťovská PhD. ECLI: ECLI:SK:KSBA:2013:1011201654.2 Uznesenie Krajský súd v Bratislave v právnej veci navrhovateľa: K. C., A. X, C., proti odporkyni: Správa katastra Malacky, Záhorácka 116, Malacky, za účasti: U. K., D. XX, F., o preskúmanie zákonnosti rozhodnutia odporkyne zo dňa 21.07.2011, č. V-2636/11, takto r o z h o d o l : Súd konanie z a s t a v u j e . Žiaden z účastníkov n e m á p r á v o na náhradu trov konania. o d ô v o d n e n i e : Podaným odvolaním sa navrhovateľ domáhal preskúmania zákonnosti rozhodnutia odporkyne zo dňa 21.07.2011, č. N.-XXXX/XX, ktorým týmto rozhodnutím odporkyňa návrh na vklad záložného práva doručený jej dňa 13.7.2011 vo vzťahu k nehnuteľnostiam zapísaným na LV č. XXXX pre kat. úz. Lozorno podľa priloženej listiny označenej ako zmluva o zriadení záložného práva k nehnuteľnostiam a príkazná zmluva zo dňa 11.7.2011 podľa § 31 ods. 3 katastrálneho zákona zamietla, keď svoje rozhodnutie dôvodila tým, že v danom prípade sa ani nejedná o záložnú zmluvu, keďže túto druhý účastník zmluvy U. K. (záložca) nepodpísal a potom tu nie sú splnené podmienky pre povolenie vkladu záložného práva. Navrhovateľ sa s právnym názorom odporkyne nestotožnil. Má zato, že toto rozhodnutie je predčasné a správa katastra mala vkladové konanie prerušiť podľa § 31a/ katastrálneho zákona a vyzvať účastníkov na odstránenie nedostatkov návrhu, prípadne príloh, a preto žiadal, aby súd toto napadnuté rozhodnutie odporkyne zrušil a vec vrátil na ďalšie konanie. Podaním doručeným súdu dňa 22.03.2013 notársky overeným A.. X. Ď. dňa 21.03.2013 navrhovateľ zobral svoje odvolanie pred pojednávaním vo veci samej v celom rozsahu späť bez uvedenia dôvodu a žiadal, aby súd toto konanie zastavil. Vzhľadom na účinné späťvzatie návrhu navrhovateľom, súd konanie vo veci podľa § 250d ods. 3 O.s.p. v spojení s ust. § 246 ods. 1 písm. c/ O.s.p. zastavil. O náhrade trov konania bolo rozhodnuté podľa § 246c O.s.p. v spojitosti s § 146c ods. 1 O.s.p. tak, že žiadnemu z účastníkov konania náhradu trov konania nepriznal, keď konanie vo veci bolo zastavené. Poučenie: Proti tomuto uzneseniu je možno podať odvolanie do 15 dní odo dňa jeho doručenia prostredníctvom podpísaného súd na Najvyšší súd slovenskej republiky písomne v dvoch vyhotoveniach V odvolaní je potrebné popri všeobecných náležitostiach uviesť, kto odvolanie podáva, ktorého rozhodnutia súdu a v akom rozsahu sa dotýka, dôvody odvolania a ako odvolateľ navrhuje, aby bolo rozhodnuté.</w:t>
      </w:r>
    </w:p>
    <w:p/>
    <w:p>
      <w:r>
        <w:t>Zdroj: KAUZIS.SK – https://www.kauzis.sk/judikatura/r/ECLI:SK:KSBA:2013:1011201654.2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