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4S/204/2011 z 1. 8. 2013</w:t>
      </w:r>
    </w:p>
    <w:p>
      <w:r>
        <w:t>Uznesenie Krajského súdu Bratislava z 1. augusta 2013, sp. zn. 4S/204/2011, ECLI:SK:KSBA:2013:1011201696.2</w:t>
      </w:r>
    </w:p>
    <w:p>
      <w:r>
        <w:t>Súd: Krajský súd Bratislava</w:t>
      </w:r>
    </w:p>
    <w:p>
      <w:r>
        <w:t>Spisová značka: 4S/204/2011</w:t>
      </w:r>
    </w:p>
    <w:p>
      <w:r>
        <w:t>ECLI: ECLI:SK:KSBA:2013:1011201696.2</w:t>
      </w:r>
    </w:p>
    <w:p>
      <w:r>
        <w:t>Dátum vydania: 1. 8. 2013</w:t>
      </w:r>
    </w:p>
    <w:p>
      <w:r>
        <w:t>Forma: Uznesenie</w:t>
      </w:r>
    </w:p>
    <w:p>
      <w:pPr>
        <w:pStyle w:val="Heading2"/>
      </w:pPr>
      <w:r>
        <w:t>Text rozhodnutia</w:t>
      </w:r>
    </w:p>
    <w:p>
      <w:r>
        <w:t>Súd: Krajský súd Bratislava Spisová značka: 4S/204/2011 Identifikačné číslo súdneho spisu: 1011201696 Dátum vydania rozhodnutia: 02. 08. 2013 Meno a priezvisko sudcu, VSÚ: JUDr. Soňa Langová ECLI: ECLI:SK:KSBA:2013:1011201696.2 Uznesenie Krajský súd v Bratislave v právnej veci žalobcu: 1/ D.. X. Q., nar. XX.X.XXXX, K. XX, XXX XX B. 2/ joy4 s.r.o., Miletičova 557/45, Bratislava, IČO: 00 603 147, právne zastúpení: JUDr. Namir Alyasry, PhD., advokát, 29. augusta č. 5, 811 08 Bratislava, proti žalovanému: Mestská časť Bratislava - Staré mesto, Vajanského nábr. 3, 814 21 Bratislava, o preskúmanie zákonnosti rozhodnutia a postupu orgánu verejnej správy o odstránení motorového vozidla zo dňa 30.8.2011, jednohlasne, takto r o z h o d o l : Krajský súd v Bratislave konanie z a s t a v u j e . Žiaden z účastníkov nemá právo na náhradu trov konania. o d ô v o d n e n i e : Žalobou doručenou Krajskému súdu v Bratislave dňa 18.10.2011 sa D.. X. Q., nar. XX.X.XXXX, K. XX, B. ako žalobca, zastúpený advokátom JUDr. Namir Alyasry, PhD., 29. augusta č. 5, Bratislava domáha preskúmania zákonnosti rozhodnutia Mestskej časti Bratislava - Staré mesto o odstránení motorového vozidla zo dňa 30.8.2011, ktorým príslušník mestskej polície nariadil odstránenie vozidla z Čajkovského ulice v Bratislave z dôvodu jeho státia na priechode pre chodcov. Konanie o uvedenej žalobe sa vedie na tunajšom súde pod sp. zn. 4S 204/2011. Žalobou doručenou Krajskému súdu v Bratislave dňa 31.10.2011 sa spoločnosť joy4 s.r.o., Miletičova 557/45, Bratislava, ako žalobca, zastúpený advokátom JUDr. Namir Alyasry, PhD., 29. augusta č. 5, Bratislava domáha preskúmania zákonnosti rozhodnutia Mestskej časti Bratislava - Staré mesto o odstránení motorového vozidla zo dňa 30.8.2011, ktorým príslušník mestskej polície nariadil odstránenie vozidla z Čajkovského ulice v Bratislave z dôvodu jeho státia na priechode pre chodcov. Konanie o uvedenej žalobe sa vedie na tunajšom súde pod sp. zn. 3S 211/2011. V zmysle ustanovenia § 112 ods. 1 O.s.p. v záujme hospodárnosti konania môže súd spojiť na spoločné konanie veci, ktoré sa u neho začali a skutkovo spolu súvisia, alebo sa týkajú tých istých účastníkov. Vzhľadom na to, že predmetom oboch žalôb vo vyššie uvedených veciach je preskúmanie zákonnosti toho istého rozhodnutia a postupu správneho orgánu - Mestská časť Bratislava - Staré mesto č. 140-7000/2011-71/3 zo dňa zo dňa 30.8.2011 a nakoľko sa tieto konania vedú na tunajšom súde a skutkovo spolu súvisia, boli splnené podmienky preto, aby sa prejednali v spoločnom konaní. Preto súd tieto veci spojil na spoločné konanie s tým, že ďalej boli vedené pod sp.zn. 4S/204/2011. Výzvou zo dňa 27.3.2013 doručenou právnemu zástupcovi žalobcu dňa 8.4.2013 bol žalobca vyzvaný na zaplatenie súdneho poplatku vo výške 66,- € podľa položky 10 písm. a) sadzobníka súdnych poplatkov v platnom znení v lehote 10 dní odo dňa doručenia výzvy. Zároveň bol žalobca poučený o tom, že ak poplatok nebude zaplatený v určenej lehote, konanie sa v zmysle ustanovenia § 10 ods. 1 zákona č. 71/1992 Zb. o súdnych poplatkoch zastaví. Podľa § 1 ods. 1 zákona č. 71/1992 Zb.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5 ods. 1 písm. a) zákona č. 71/1992 Zb. o súdnych poplatkoch, poplatková povinnosť vzniká podaním návrhu, odvolania a dovolania alebo žiadosti na vykonanie poplatkového úkonu, ak je poplatníkom navrhovateľ, odvolateľ a dovolateľ. Podľa § 8 ods. 1 zákona č. 71/1992 Zb. o súdnych poplatkoch v platnom znení ku dňu podania žaloby,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Podľa § 18ca zákona č. 71/1992 Zb. o súdnych poplatkoch, z úkonov navrhnutých alebo za konania začaté do 30. septembra 2012 sa vyberajú poplatky podľa predpisov účinných do 30. septembra 2012, i keď sa stanú splatnými po 30. septembri 2012. Podľa položky 10 písm. a) sadzobníka súdnych poplatkov účinného do 30.9.2012, sa platil súdny poplatok z návrhu na preskúmanie zákonnosti rozhodnutia orgánu verejnej správy na základe žaloby v sume 66,- €. Nakoľko žalobca súdny poplatok za žalobu nezaplatil a táto skutočnosť bráni vecnému vybaveniu žaloby, súd podľa § 10 ods. 1 zákona č. 71/1992 Zb. o súdnych poplatkoch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 Prvostupňový súd zruší uznesenie o zastavení konania pre nezaplatenie súdneho poplatku, ak poplatník zaplatí súdny poplatok do konca lehoty na podanie odvolania. (§ 10 ods. 3 zákona č. 71/1992 Zb. o súdnych poplatkoch)</w:t>
      </w:r>
    </w:p>
    <w:p/>
    <w:p>
      <w:r>
        <w:t>Zdroj: KAUZIS.SK – https://www.kauzis.sk/judikatura/r/ECLI:SK:KSBA:2013:1011201696.2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