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3S/209/2011 z 25. 9. 2013</w:t>
      </w:r>
    </w:p>
    <w:p>
      <w:r>
        <w:t>Uznesenie Krajského súdu Bratislava z 25. septembra 2013, sp. zn. 3S/209/2011, ECLI:SK:KSBA:2013:1011201744.2</w:t>
      </w:r>
    </w:p>
    <w:p>
      <w:r>
        <w:t>Súd: Krajský súd Bratislava</w:t>
      </w:r>
    </w:p>
    <w:p>
      <w:r>
        <w:t>Spisová značka: 3S/209/2011</w:t>
      </w:r>
    </w:p>
    <w:p>
      <w:r>
        <w:t>ECLI: ECLI:SK:KSBA:2013:1011201744.2</w:t>
      </w:r>
    </w:p>
    <w:p>
      <w:r>
        <w:t>Dátum vydania: 25.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3S/209/2011 Identifikačné číslo súdneho spisu: 1011201744 Dátum vydania rozhodnutia: 26. 09. 2013 Meno a priezvisko sudcu, VSÚ: Mgr. Helena Marcinkechová ECLI: ECLI:SK:KSBA:2013:1011201744.2 Uznesenie Krajský súd v Bratislave v právnej veci žalobcu: A. E., Q. XXX/XX, XXX XX F. Z., zastúpený: FIAČAN &amp; PARTNERS, s.r.o., M. Pišúta 936/16, 031 01 Liptovksý Mikuláš, proti žalovanému: Úrad geodézie, kartografie a katastra Slovenskej republiky, Chlumeckého 2, P.O.Box 57, 820 12 Bratislava, o preskúmanie zákonnosti rozhodnutia žalovaného č. PO-6160/2011/Sl zo dňa 15.9.2011 , takto r o z h o d o l : Krajský súd v Bratislave p r i b e r á do konania účastníka správneho konania: Obvodný úrad Žilina, Janka Kráľa 4, 010 40 Žilina. o d ô v o d n e n i e : Žalobou doručenou tunajšiemu súdu dňa 27.10.2011 sa žalobca domáhal preskúmania zákonnosti rozhodnutia žalovaného č. PO-6160/2011/Sl zo dňa 15.9.2011, ktorým bolo zamietnuté žalobcovo odvolanie a potvrdené rozhodnutie Katastrálneho úradu v Žiline č. Vo-34/2003-Sl(Pd) zo dňa 1.7.2011 potvrdil. Katastrálny úrad v Žiline prvostupňovým rozhodnutím vyhovel protestu prokurátora Okresnej prokuratúry Liptovský Mikuláš č. Pd 2009/03-13 zo dňa 17.7.2003 a právoplatné rozhodnutie Správy katastra Liptovský Mikuláš č. V XXX/XXXX zo dňa XX.X.XXXX o povolení vkladu vlastníckeho práva do katastra nehnuteľností zrušil a vec vrátil Správe katastra Liptovský Mikuláš na ďalšie konanie. Zrušeným rozhodnutím Správy Katastra Liptovský Mikuláš č. V XXX/XXXX zo dňa XX.X.XXXX bol povolený vklad vlastníckeho práva k bytovému domu s.č. XXXX postavenému na pozemku parc. č. C-KN č. XXX/X v k.ú. F. Z. v prospech žalobcu. Uvedený vklad bol povolený na základe kúpnej zmluvy zo dňa 3.3.2003 uzavretej medzi P.. U. C. a žalobcom. S. - P.. U. C., naposledy bytom Liptovský Mikuláš Palúdzka, Jánošíkova 425/19, zomrel dňa 2.2.2011. V dedičskom konaní po poručiteľovi P.. U. C. podľa potvrdenia notárky A.. N. Kupcovej všetci zákonní dedičia dedičstvo odmietli a preto po skončení dedičského konania majetok pripadne štátu v zmysle § 462 Občianskeho zákonníka (ďalej len OZ). Podľa § 462 OZ dedičstvo, ktoré nenadobudne žiadny dedič, pripadne štátu. Podľa § 5 ods. 1 zákona č. 278/1993 Zb. o správe majetku štátu ak osobitný predpis neustanovuje inak, majetok štátu, ktorý prešiel do vlastníctva štátu podľa osobitného predpisu a ktorý nie je v správe žiadneho správcu alebo nie je možné určiť právneho nástupcu pôvodného správcu alebo prešiel do vlastníctva štátu na základe darovania alebo dedenia zo závetu a správca nie je v darovacej zmluve alebo v závete výslovne uvedený, spravuje dočasný správca, ktorým je obvodný úrad v sídle kraja, v ktorého územnom obvode sa taký majetok štátu nachádza (ďalej len „dočasná správa"). Majetok v dočasnej správe, ktorý sa nenachádza na území Slovenskej republiky, spravuje Obvodný úrad Bratislava. Ak dočasný správca, ktorý sa ujal dočasnej správy, zistí, že majetok bývalého vlastníka sa nachádza aj v územnom obvode iných dočasných správcov, bezodkladne o tom upovedomí týchto dočasných správcov, ktorí sú povinní ujať sa dočasnej správy. Ak nemožno príslušnosť na dočasnú správu určiť, určí ju ministerstvo financií. Podľa § 250 ods. 1 O.s.p. účastníkmi konania sú žalobca a žalovaný. Súd aj bez návrhu uznesením priberie do konania účastníka správneho konania, ktorého práva a povinnosti by mohli byť zrušením správneho rozhodnutia dotknuté. Zomrelý P.. C. bol účastníkom kúpnej zmluvy k nehnuteľnosti, ktorej zápis do katastra nehnuteľností bol predmetom správneho konania, ako predávajúci. Po zrušení rozhodnutia Správy katastra Liptovský Mikuláš č. V XXX/XXXX zo dňa XX.X.XXXX o povolení vkladu vlastníckeho práva do katastra nehnuteľností a vrátení veci na ďalšie konanie by sa právny stav vrátil do situácie, kedy vlastníkom nehnuteľnosti je predávajúci, teda P.. C. a správa katastra je povinná opätovne konať a rozhodnúť. Za týchto okolností by tunajší súd bol povinný pribrať P.. C. do konania podľa § 250 ods. 1 O.s.p., keďže zrušením napadnutého rozhodnutia by mohli byť dotknuté jeho práva a povinnosti. Vzhľadom na to, že P.. C. zomrel a ako vyplýva z potvrdenia notárky A.. N. E., doručeného tunajšiemu súdu dňa XX.X.XXXX, všetci zákonní dedičia dedičstvo po poručiteľovi odmietli, po skončení dedičského konania pripadne dedičstvo štátu. Podľa § 5 ods. 1 zákona o správe majetku štátu majetok štátu, ktorý odúmrťou pripadne štátu, spravuje dočasný správca, ktorým je obvodný úrad v sídle kraja, v ktorého územnom obvode sa taký majetok štátu nachádza. V tomto prípade bude s poukazom na uvedené ustanovenie dočasným správcom Obvodný úrad Žilina a preto ho tunajší súd pribral do konania.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d) O.s.p. v spojení s § 374 ods. 4)</w:t>
      </w:r>
    </w:p>
    <w:p/>
    <w:p>
      <w:r>
        <w:t>Zdroj: KAUZIS.SK – https://www.kauzis.sk/judikatura/r/ECLI:SK:KSBA:2013:1011201744.2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