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3S/240/2011 z 5. 8. 2013</w:t>
      </w:r>
    </w:p>
    <w:p>
      <w:r>
        <w:t>Uznesenie Krajského súdu Bratislava z 5. augusta 2013, sp. zn. 3S/240/2011, ECLI:SK:KSBA:2013:1011201913.2</w:t>
      </w:r>
    </w:p>
    <w:p>
      <w:r>
        <w:t>Súd: Krajský súd Bratislava</w:t>
      </w:r>
    </w:p>
    <w:p>
      <w:r>
        <w:t>Spisová značka: 3S/240/2011</w:t>
      </w:r>
    </w:p>
    <w:p>
      <w:r>
        <w:t>ECLI: ECLI:SK:KSBA:2013:1011201913.2</w:t>
      </w:r>
    </w:p>
    <w:p>
      <w:r>
        <w:t>Dátum vydania: 5.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3S/240/2011 Identifikačné číslo súdneho spisu: 1011201913 Dátum vydania rozhodnutia: 06. 08. 2013 Meno a priezvisko sudcu, VSÚ: Mgr. Helena Marcinkechová ECLI: ECLI:SK:KSBA:2013:1011201913.2 Uznesenie Krajský súd v Bratislave v právnej veci žalobcu: Všeobecná zdravotná poisťovňa, a.s., Mamateyova 17, Bratislava 55, proti žalovanému: Úrad pre dohľad nad zdravotnou starostlivosťou, Žellova 2, Bratislava 25, o preskúmanie zákonnosti rozhodnutia žalovaného č. DK 91/000502/2006/R zo dňa 16.9.2011, vedenej na Krajskom súde v Bratislave, takto r o z h o d o l : Súd opravuje záhlavie rozsudku č. k. 3S/240/2011-30 zo dňa 19.2.2013 tak, že zloženie senátu je: predsedníčka senátu: JUDr. Dáša Filová a členovia senátu: JUDr. Viera Šebestová a JUDr. Judita Kokolevská. o d ô v o d n e n i e : Pri písomnom vyhotovení rozsudku č. k. 3S/240/2011-30 zo dňa 19.2.2013 došlo k pisárskej chybe, keď v záhlaví rozsudku bolo uvedené zloženie senátu: predsedníčka senátu: JUDr. Dáša Filová, členovia senátu: JUDr. Viera Šebestová a JUDr. Anna Peťovská, PhD. Správne zloženie senátu je: predsedníčka senátu: JUDr. Dáša Filová, členovia senátu: JUDr. Viera Šebestová a JUDr. Judita Kokolevská.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https://www.kauzis.sk/judikatura/r/ECLI:SK:KSBA:2013:1011201913.2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