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5Sd/33/2012 z 24. 1. 2013</w:t>
      </w:r>
    </w:p>
    <w:p>
      <w:r>
        <w:t>Uznesenie Krajského súdu Bratislava z 24. januára 2013, sp. zn. 5Sd/33/2012, ECLI:SK:KSBA:2013:1012200166.2</w:t>
      </w:r>
    </w:p>
    <w:p>
      <w:r>
        <w:t>Súd: Krajský súd Bratislava</w:t>
      </w:r>
    </w:p>
    <w:p>
      <w:r>
        <w:t>Spisová značka: 5Sd/33/2012</w:t>
      </w:r>
    </w:p>
    <w:p>
      <w:r>
        <w:t>ECLI: ECLI:SK:KSBA:2013:1012200166.2</w:t>
      </w:r>
    </w:p>
    <w:p>
      <w:r>
        <w:t>Dátum vydania: 24. 1.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5Sd/33/2012 Identifikačné číslo súdneho spisu: 1012200166 Dátum vydania rozhodnutia: 25. 01. 2013 Meno a priezvisko sudcu, VSÚ: JUDr. Milota Tóthová ECLI: ECLI:SK:KSBA:2013:1012200166.2 Uznesenie Krajský súd v Bratislave v právnej veci navrhovateľa C. Q., bytom G. X, H., zast. D. Q., bytom tamtiež, proti odporkyni Sociálnej poisťovni ústredie, Ul. 29. augusta č. 8, Bratislava, o invalidný dôchodok, takto r o z h o d o l : Súd konanie z a s t a v u j e . Žiaden z účastníkov nemá právo na náhradu trov konania. o d ô v o d n e n i e : Navrhovateľ svojím návrhom zo dňa 4.10.2011 žiadal preskúmať rozhodnutie odporkyne číslo XXX XXX XXXX zo dňa 8.9.2011, ktorým odporkyňa zamietla žiadosť o invalidný dôchodok zo dňa 1. augusta 2011 z dôvodu, že nezískal potrebný počet rokov dôchodkového poistenia na vznik nároku na invalidný dôchodok podľa ustanovenia § 72 ods. 1 písm. b) zákona č. 461/2003 Z.z. o sociálnom poistení. Písomným prehlásením zo dňa 30.7.2012 splnomocnený zástupca navrhovateľa vzal späť návrh v celom rozsahu z dôvodu, že návrhu bolo vyhovené.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https://www.kauzis.sk/judikatura/r/ECLI:SK:KSBA:2013:1012200166.2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