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8Sd/11/2012 z 2. 12. 2013</w:t>
      </w:r>
    </w:p>
    <w:p>
      <w:r>
        <w:t>Uznesenie Krajského súdu Bratislava z 2. decembra 2013, sp. zn. 8Sd/11/2012, ECLI:SK:KSBA:2013:1012200655.2</w:t>
      </w:r>
    </w:p>
    <w:p>
      <w:r>
        <w:t>Súd: Krajský súd Bratislava</w:t>
      </w:r>
    </w:p>
    <w:p>
      <w:r>
        <w:t>Spisová značka: 8Sd/11/2012</w:t>
      </w:r>
    </w:p>
    <w:p>
      <w:r>
        <w:t>ECLI: ECLI:SK:KSBA:2013:1012200655.2</w:t>
      </w:r>
    </w:p>
    <w:p>
      <w:r>
        <w:t>Dátum vydania: 2.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8Sd/11/2012 Identifikačné číslo súdneho spisu: 1012200655 Dátum vydania rozhodnutia: 03. 12. 2013 Meno a priezvisko sudcu, VSÚ: JUDr. Peter Pospech ECLI: ECLI:SK:KSBA:2013:1012200655.2 Uznesenie Krajský súd v Bratislave v právnej veci navrhovateľa: I.. B. B., Q. J.. Y. XX, XXX XX Q.,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20.3.2012 žiadal preskúmať rozhodnutie odporkyne číslo XXXX XXX XXXX zo dňa 1.3.2012, ktorým odporkyňa priznala a zvýšila dôchodok na sumu XXX,XX,- EUR mesačne. Dňa 3.12.2013 na pojednávaní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https://www.kauzis.sk/judikatura/r/ECLI:SK:KSBA:2013:1012200655.2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