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2S/146/2012 z 22. 10. 2013</w:t>
      </w:r>
    </w:p>
    <w:p>
      <w:r>
        <w:t>Rozhodnutie Krajského súdu Bratislava z 22. októbra 2013, sp. zn. 2S/146/2012, ECLI:SK:KSBA:2013:1012200723.2</w:t>
      </w:r>
    </w:p>
    <w:p>
      <w:r>
        <w:t>Súd: Krajský súd Bratislava</w:t>
      </w:r>
    </w:p>
    <w:p>
      <w:r>
        <w:t>Spisová značka: 2S/146/2012</w:t>
      </w:r>
    </w:p>
    <w:p>
      <w:r>
        <w:t>ECLI: ECLI:SK:KSBA:2013:1012200723.2</w:t>
      </w:r>
    </w:p>
    <w:p>
      <w:r>
        <w:t>Dátum vydania: 22. 10. 2013</w:t>
      </w:r>
    </w:p>
    <w:p>
      <w:r>
        <w:t>Forma: Rozhodnutie</w:t>
      </w:r>
    </w:p>
    <w:p>
      <w:pPr>
        <w:pStyle w:val="Heading2"/>
      </w:pPr>
      <w:r>
        <w:t>Text rozhodnutia</w:t>
      </w:r>
    </w:p>
    <w:p>
      <w:r>
        <w:t>Súd: Krajský súd Bratislava Spisová značka: 2S/146/2012 Identifikačné číslo súdneho spisu: 1012200723 Dátum vydania rozhodnutia: 23. 10. 2013 Meno a priezvisko sudcu, VSÚ: Mgr. Viliam Pohančeník ECLI: ECLI:SK:KSBA:2013:1012200723.2 Rozhodnutie Krajský súd v Bratislave v právnej veci žalobcu: Y. O., bytom J. XX, XXX XX O., proti žalovanému: Krajské riaditeľstvo Policajného zboru v Bratislave, Špitálska 14, 812 28 Bratislava, o preskúmanie zákonnosti rozhodnutia žalovaného č. KRPZ-BA-R.-XXX-XXX/XXXX zo dňa 27.02.2012, jednohlasne, takto r o z h o d o l : Krajský súd v Bratislave konanie z a s t a v u j e . Žiaden z účastníkov nemá právo na náhradu trov konania. o d ô v o d n e n i e : Žalobou doručenou Krajskému súd v Bratislave dňa 10.04.2012, doplnenej dňa 17.10.2012, sa žalobca domáhal preskúmania zákonnosti rozhodnutia žalovaného č. KRPZ-BA-R.-XXX-XXX/XXXX zo dňa XX.XX.XXXX, ktorým bolo zamietnuté odvolanie žalobcu a potvrdené prvostupňové rozhodnutie Obvodného oddelenia Policajného zboru Petržalka - stred, odboru poriadkovej polície Okresného riaditeľstva Policajného zboru v Bratislave V o nepovolení obnovy konania č. R.-P-XXX/V-PSt-XXXX zo dňa XX.XX.XXXX. Žalobca sa domáhal obnovy konania voči právoplatnému rozhodnutiu Okresného riaditeľstva Policajného zboru v Bratislave V č. DÚ XXXX/V-PSt-XXXX zo dňa 29.08.2007, ktorým bol zaistený podľa § 19 ods. 1 písm. b) zákona č. 171/1993 Z. z. o Policajnom zbore v znení neskorších predpisov, nakoľko jeho konanie dňa 29.08.2007 v čase 12.25 hod. na B. ulici v O. naplnilo skutkovú podstatu priestupku podľa ustanovenia § 47 ods. 1 písm. a), c) a h) zákona č. 372/1990 Zb. o priestupkoch v tom čase platnom znení. Krajský súd v Bratislave výzvou zo dňa 03.07.2013 vyzval žalobcu na doloženie plnej moci udelenej advokátovi na zastupovanie žalobcu v konaní pod následkom zastavenia konania v zmysle § 250d ods. 3 O.s.p.. Výzva bola žalobcovi doručená dňa 12.07.2013. Žalobca na výzvu súdu zo dňa 03.07.2013 nereagoval, do spisu plnomocenstvo udelené advokátovi na zastupovanie v tomto konaní nedoložil.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nepreukázal splnenie podmienok ustanovených v § 250a O.s.p. o povinnom právnom zastúpení a nedoložil do spisu plnomocenstvo udelené advokátovi, súd konanie vo veci podľa § 250d ods. 3 O.s.p.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 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https://www.kauzis.sk/judikatura/r/ECLI:SK:KSBA:2013:1012200723.2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