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2Cbi/8/2012 z 25. 2. 2013</w:t>
      </w:r>
    </w:p>
    <w:p>
      <w:r>
        <w:t>Rozsudok Krajského súdu Bratislava z 25. februára 2013, sp. zn. 2Cbi/8/2012, ECLI:SK:KSBA:2013:1012200734.3</w:t>
      </w:r>
    </w:p>
    <w:p>
      <w:r>
        <w:t>Súd: Krajský súd Bratislava</w:t>
      </w:r>
    </w:p>
    <w:p>
      <w:r>
        <w:t>Spisová značka: 2Cbi/8/2012</w:t>
      </w:r>
    </w:p>
    <w:p>
      <w:r>
        <w:t>ECLI: ECLI:SK:KSBA:2013:1012200734.3</w:t>
      </w:r>
    </w:p>
    <w:p>
      <w:r>
        <w:t>Dátum vydania: 25. 2.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2Cbi/8/2012 Identifikačné číslo súdneho spisu: 1012200734 Dátum vydania rozhodnutia: 26. 02. 2013 Meno a priezvisko sudcu, VSÚ: Mgr. Štefan Zelenák ECLI: ECLI:SK:KSBA:2013:1012200734.3 ROZSUDOK V MENE SLOVENSKEJ REPUBLIKY Krajský súd v Bratislave pred sudcom Mgr. Štefanom Zelenákom v právnej veci žalobcu: HEROLD TELE MEDIA, spol. s r.o., Buková 2., Bratislava, IČO: 35 707 810, proti žalovanej: JUDr. Dana Jelínková Dudzíková, Dunajská 25, Bratislava, správkyňa konkurznej podstaty úpadcu Ing. Ivan Matušík, Láb 125, 900 67 Láb, IČO: 11 666 455, o určenie pravosti pohľadávky, takto r o z h o d o l : Súd žalobu z a m i e t a . Žalovanej sa náhrada trov konania n e p r i z n á v a . o d ô v o d n e n i e : Žalobou podanou dňa 11.04.2012 sa žalobca domáhal určenia, že jeho pohľadávka voči žalovanému je nesporná čo do pravosti a výšky. Žalovaná sa k žalobe vyjadrila podaním zo dňa 16.07.2012 v tom zmysle, že ako správkyňa konkurznej podstaty poprela pohľadávku žalobcu čo do pravosti a výšky z dôvodu, že žalobca nepreukázal vznik a existenciu uplatnenej pohľadávky a navrhla žalobu v celom rozsahu zamietnuť. Súd uznesením zo dňa 16.01.2013 poučil žalobcu v súlade s § 120 ods. 4 OSP. Podľa § 24 ods. 1, zák. č. 328/1991 Zb. je správca oprávnený popierať nárok prihlásený konkurzným veriteľom, výšku nároku alebo jeho právny dôvod. O tom súd upovedomí konkurzného veriteľa, o ktorého nárok ide, a súčasne ho vyzve, aby nárok, jeho výšku alebo právny dôvod uplatnil do 30 dní na súde, ktorý vyhlásil konkurz, alebo na inom príslušnom orgáne s tým, že inak sa na popretý nárok, jeho uplatnenú výšku alebo uplatnený právny dôvod nevezme zreteľ. Súd na základe vykonaného dokazovania zistil nasledovný skutkový stav: Žalobca si ako veriteľ uplatnil v konkurznom konaní svoju pohľadávku. Táto skutočnosť je medzi účastníkmi nesporná. Žalovaná, ako správkyňa konkurznej podstaty pohľadávku uplatnenú žalobou poprela z dôvodu nepreukázania vzniku a existencie pohľadávky. Táto skutočnosť nebola medzi účastníkmi sporná. Žalobca nepredložil súdu žiadne dôkazy preukazujúce vznik, existenciu a výšku pohľadávky, ktorej pravosť, výšku a nespornosť žiadal v tomto konaní určiť. Súd sa oboznámil s konkurzným spisom 38K 39/95, vedený Krajským súdom v Bratislave a dospel k záveru, že žalobca nepreukázal súdu hodnovernými dôkazmi vznik, existenciu a výšku pohľadávky, ktorej pravosť sa domáhal určiť. Vzhľadom na tú skutočnosť, že žalobca v tomto konaní neuniesol dôkazné bremeno, súd žalobu zamietol. O trovách konania súd rozhodol podľa § 142 ods. 1 tak, že úspešnej žalovanej ich náhradu nepriznal, pretože žalovaná náhradu trov konania nežiadala. Poučenie: Proti tomuto rozsudku je možné podať odvolanie do 15 dní odo dňa jeho doručenia na Najvyšší súd Slovenskej republiky, prostredníctvom Krajského súdu v Bratislave, písomne, v štyroch vyhotoveniach. Z odvolania musí byť zjavné, ktorému súdu je určené, kto ho robí, ktorej veci sa týka a čo sleduje, a musí byť podpísané a datované. V odvolaní sa má ďalej uviesť, proti ktorému rozhodnutiu smeruje, v akom rozsahu sa napáda, v čom sa toto rozhodnutie alebo postup súdu považuje za nesprávny a čoho sa odvolateľ domáha. Ak odporca dobrovoľne nesplní povinnosť uloženú týmto rozsudkom, je možné podať návrh na jeho výkon podľa Exekučného poriadku.</w:t>
      </w:r>
    </w:p>
    <w:p/>
    <w:p>
      <w:r>
        <w:t>Zdroj: KAUZIS.SK – https://www.kauzis.sk/judikatura/r/ECLI:SK:KSBA:2013:1012200734.3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