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5S/173/2012 z 28. 11. 2013</w:t>
      </w:r>
    </w:p>
    <w:p>
      <w:r>
        <w:t>Opravné uznesenie Krajského súdu Bratislava z 28. novembra 2013, sp. zn. 5S/173/2012, ECLI:SK:KSBA:2013:1012200909.2</w:t>
      </w:r>
    </w:p>
    <w:p>
      <w:r>
        <w:t>Súd: Krajský súd Bratislava</w:t>
      </w:r>
    </w:p>
    <w:p>
      <w:r>
        <w:t>Spisová značka: 5S/173/2012</w:t>
      </w:r>
    </w:p>
    <w:p>
      <w:r>
        <w:t>ECLI: ECLI:SK:KSBA:2013:1012200909.2</w:t>
      </w:r>
    </w:p>
    <w:p>
      <w:r>
        <w:t>Dátum vydania: 28. 11.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5S/173/2012 Identifikačné číslo súdneho spisu: 1012200909 Dátum vydania rozhodnutia: 29. 11. 2013 Meno a priezvisko sudcu, VSÚ: JUDr. Viera Šebestová ECLI: ECLI:SK:KSBA:2013:1012200909.2 Opravné uznesenie Krajský súd v Bratislave v právnej veci žalobcu: R. N., nar. XX.X.XXXX, bytom S., R. XXX, zastúpený: JUDr. Milan Štúrik, advokát, Holubyho 51, 036 01 Martin, proti žalovanému: Ministerstvo školstva, vedy, výskumu a športu Slovenskej republiky, Stromová 1, 813 30 Bratislava, o preskúmanie zákonnosti rozhodnutia žalovaného č. 2012-4034/9584:2-071 zo dňa 29.2.2012, takto r o z h o d o l : Súd opravuje výrok rozsudku č. k. 5S 173/2012-48 zo dňa 8.10.2013 v časti o náhrade trov konania tak, že tento správne znie: Žalovaný je povinný zaplatiť žalobcovi náhradu trov konania v sume 323,50 eur na účet právneho zástupcu žalobcu JUDr. Milana Štúrika, advokáta, č. účtu XXXXXXXXX/XXXX, variabilný symbol : XXXX, do X dní od nadobudnutia právoplatnosti rozsudku. o d ô v o d n e n i e : Pri písomnom vyhotovení rozsudku č. k. 5S 173/2012-48zo dňa 8.10.2013 došlo k pisárskej chybe, keď vo výroku rozsudku, v časti o trovách, nebola uvedená suma, na zaplatenie ktorej súd zaväzuje žalovaného. Správne výrok v časti o trovách znie: Žalovaný je povinný zaplatiť žalobcovi náhradu trov konania vo výške XXX,XX eur na účet právneho zástupcu žalobcu H.. Milana Štúrika, advokáta, č. účtu XXXXXXXXX/XXXX, variabilný symbol: XXXX, do X dní od nadobudnutia právoplatnosti rozsudku.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https://www.kauzis.sk/judikatura/r/ECLI:SK:KSBA:2013:1012200909.2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