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4S/99/2012 z 8. 4. 2013</w:t>
      </w:r>
    </w:p>
    <w:p>
      <w:r>
        <w:t>Uznesenie Krajského súdu Bratislava z 8. apríla 2013, sp. zn. 4S/99/2012, ECLI:SK:KSBA:2013:1012200965.1</w:t>
      </w:r>
    </w:p>
    <w:p>
      <w:r>
        <w:t>Súd: Krajský súd Bratislava</w:t>
      </w:r>
    </w:p>
    <w:p>
      <w:r>
        <w:t>Spisová značka: 4S/99/2012</w:t>
      </w:r>
    </w:p>
    <w:p>
      <w:r>
        <w:t>ECLI: ECLI:SK:KSBA:2013:1012200965.1</w:t>
      </w:r>
    </w:p>
    <w:p>
      <w:r>
        <w:t>Dátum vydania: 8. 4.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4S/99/2012 Identifikačné číslo súdneho spisu: 1012200965 Dátum vydania rozhodnutia: 09. 04. 2013 Meno a priezvisko sudcu, VSÚ: JUDr. Soňa Langová ECLI: ECLI:SK:KSBA:2013:1012200965.1 Uznesenie Krajský súd v Bratislave v právnej veci žalobkyne: L. G., bytom T. XX, XXX XX R., právne zastúpená: JUDr. Eva Štefániková, Gajova 4, 811 09 Bratislava, proti žalovanému: Obvodný úrad Bratislava, Odbor výstavby a bytovej politiky, Lamačská cesta č. 8, 845 14 Bratislava, o preskúmanie zákonnosti rozhodnutia č. A-2011/1584-DLD zo dňa 27.05.2011, takto r o z h o d o l : Krajský súd v Bratislave p r i b e r á do konania účastníkov správneho konania: I. G.. D. I., D.., bytom E. X, XXX XX R. II. C.. C. I., bytom E. X, XXX XX R. o d ô v o d n e n i e : Žalobou podanou na Krajskom súde v Bratislave dňa 28.5.2012 sa žalobca domáhal preskúmania zákonnosti rozhodnutia žalovaného č. A-2011/1584-DLD zo dňa 27.5.2011, ktorým bolo čiastočne zmenené a v zvyšku potvrdené rozhodnutie Mestskej časti Bratislava - Staré Mesto zo dňa 14.1.2011, sp. zn. 8050/1993/2011/URS/Bud/A-2 zo dňa 14.1.2011. Uvedeným rozhodnutím správneho orgánu prvého stupňa bolo vydané a správoplatnené povolenie stavebníkom G.. D. I., D.. a C.. C. I., na uskutočnenie stavby typu rodinný dom. Podľa § 250 ods. 1 O.s.p. účastníkmi konania sú žalobca a žalovaný. Súd aj bez návrhu uznesením priberie do konania účastníka správneho konania, ktorého práva a povinnosti by mohli byť zrušením správneho rozhodnutia dotknuté. Nakoľko G.. D. I., D.. a C.. C. I. sú účastníkmi správneho konania a výsledkom tohto sporu môžu byť dotknuté ich práva a povinnosti , súd rozhodol tak ako je uvedené vo výroku tohto uznesenia. Poučenie: Proti tomuto uzneseniu nie je možné podať odvolanie.</w:t>
      </w:r>
    </w:p>
    <w:p/>
    <w:p>
      <w:r>
        <w:t>Zdroj: KAUZIS.SK – https://www.kauzis.sk/judikatura/r/ECLI:SK:KSBA:2013:1012200965.1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