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1S/130/2012 z 9. 9. 2013</w:t>
      </w:r>
    </w:p>
    <w:p>
      <w:r>
        <w:t>Uznesenie Krajského súdu Bratislava z 9. septembra 2013, sp. zn. 1S/130/2012, ECLI:SK:KSBA:2013:1012201004.3</w:t>
      </w:r>
    </w:p>
    <w:p>
      <w:r>
        <w:t>Súd: Krajský súd Bratislava</w:t>
      </w:r>
    </w:p>
    <w:p>
      <w:r>
        <w:t>Spisová značka: 1S/130/2012</w:t>
      </w:r>
    </w:p>
    <w:p>
      <w:r>
        <w:t>ECLI: ECLI:SK:KSBA:2013:1012201004.3</w:t>
      </w:r>
    </w:p>
    <w:p>
      <w:r>
        <w:t>Dátum vydania: 9. 9. 2013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Krajský súd Bratislava Spisová značka: 1S/130/2012 Identifikačné číslo súdneho spisu: 1012201004 Dátum vydania rozhodnutia: 10. 09. 2013 Meno a priezvisko sudcu, VSÚ: JUDr. Nora Halmová ECLI: ECLI:SK:KSBA:2013:1012201004.3 Uznesenie Krajský súd v Bratislave v právnej veci žalobcu: J.. R. X., S. XXXX/X, XXX XX A., právne zastúpený: JUDr. Almáši Gabriel, spol. s.r.o., advokátska kancelária, Niťová 3 , 821 08 Bratislava, proti žalovanému: Obvodný úrad v Bratislave, Lamačská cesta 8, 851 01 Bratislava, o preskúmanie zákonnosti rozhodnutia žalovaného č. A/2012/1411/JAN zo dňa 19.03.2012, takto r o z h o d o l : Krajský súd v Bratislave o d k l a d á vykonateľnosť rozhodnutia žalovaného č. A/2012/1411/JAN zo dňa 19.03.2012 v spojení s rozhodnutím Mestskej časti Bratislava- Petržalka č. UKSP-2502-TX6/10,11- Pr,Ko10 zo dňa 09.11.2011, a to až do právoplatnosti rozhodnutia súdu vo veci samej. o d ô v o d n e n i e : Žalobca sa žalobou doručenou Krajskému súdu v Bratislave dňa 01.06.2013 domáhal preskúmania zákonnosti rozhodnutia žalovaného č. A/2012/1411/JAN zo dňa 19.03.2012, ktorým žalovaný zmenil rozhodnutie žalobcu a potvrdil rozhodnutie Mestskej časti Bratislava- Petržalka č. UKSP-2502-TX6/10,11-Pr,Ko10 zo dňa 09.11.2011, ktorým nariadil žalobcovi odstránenie nepovolenej stavby- ,,Prístavba skladu s garážou“ na W. ulici v Bratislave, postavenej na pozemku parcely registra ,,E.“, parc. č. XXXX,XXXX v katastrálnom území Petržalka, v rozsahu: - odstránenie nadmurovky nad stropnou doskou garáže a prístrešku - odstránenie strešnej konštrukcie - odstránenie výplňového muriva pod prístreškom, ktorým je uzatvorený prístrešok - odstránenie nepovoleného prístrešku na pozemku parc. č. XXXX, ktorým zmenil pôvodnú stavbu bez stavebného povolenia. Zároveň žalobca dňa 13.08.2013 požiadal súd o odklad vykonateľnosti napadnutého rozhodnutia z dôvodu, že okamžitý výkon rozhodnutia by mu hrozila závažná ujma. Vykonaním predmetných rozhodnutí hrozí, že do obdobia kým nebolo rozhodnuté o žalobe na preskúmanie zákonnosti a postupu správneho orgánu, môže po 20.08.2013 Mestská časť Bratislava- Petržalka zabezpečiť výkon rozhodnutia prostredníctvom súdneho exekútora, čím hrozí navrhovateľovi závažná ujma, ktorá spočíva v nezvrátiteľnom odstránení vyššie uvedenej predmetnej stavby a zároveň k znehodnoteniu ich majetku. Podľa § 250c veta druhá O.s.p., na žiadosť účastníka môže predseda senátu uznesením vykonateľnosť rozhodnutia odložiť, ak by okamžitým výkonom napadnutého rozhodnutia hrozila závažná ujma. Súd považoval dôvody, uvedené v žiadosti o odklad vykonateľnosti napadnutého rozhodnutia v spojení s prvostupňovým rozhodnutím za opodstatnené, keďže okamžitým výkonom rozhodnutia, zaväzujúceho žalobcu k odstráneniu nepovolenej stavby ,,Prístavba skladu s garážou“ na W. ulici, na pozemkoch registra ,,E.“ parc. č. XXXX a XXXX v k.ú. Petržalka, Bratislava by mu hrozila vážna ujma v majetkovej sfére. Tunajší súd preto postupoval v súlade s citovaným zákonným ustanovením a rozhodol o žiadosti žalobcu spôsobom uvedeným vo výroku tohto uznesenia. Poučenie: Proti tomuto uzneseniu odvolanie nie je prípustné.</w:t>
      </w:r>
    </w:p>
    <w:p/>
    <w:p>
      <w:r>
        <w:t>Zdroj: KAUZIS.SK – https://www.kauzis.sk/judikatura/r/ECLI:SK:KSBA:2013:1012201004.3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