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5Sd/181/2012 z 15. 1. 2013</w:t>
      </w:r>
    </w:p>
    <w:p>
      <w:r>
        <w:t>Rozsudok Krajského súdu Bratislava z 15. januára 2013, sp. zn. 5Sd/181/2012, ECLI:SK:KSBA:2013:1012201047.2</w:t>
      </w:r>
    </w:p>
    <w:p>
      <w:r>
        <w:t>Súd: Krajský súd Bratislava</w:t>
      </w:r>
    </w:p>
    <w:p>
      <w:r>
        <w:t>Spisová značka: 5Sd/181/2012</w:t>
      </w:r>
    </w:p>
    <w:p>
      <w:r>
        <w:t>ECLI: ECLI:SK:KSBA:2013:1012201047.2</w:t>
      </w:r>
    </w:p>
    <w:p>
      <w:r>
        <w:t>Dátum vydania: 15. 1. 2013</w:t>
      </w:r>
    </w:p>
    <w:p>
      <w:r>
        <w:t>Forma: Rozsudok</w:t>
      </w:r>
    </w:p>
    <w:p>
      <w:r>
        <w:t>Oblasť práva: Správne právo</w:t>
      </w:r>
    </w:p>
    <w:p>
      <w:pPr>
        <w:pStyle w:val="Heading2"/>
      </w:pPr>
      <w:r>
        <w:t>Text rozhodnutia</w:t>
      </w:r>
    </w:p>
    <w:p>
      <w:r>
        <w:t>Súd: Krajský súd Bratislava Spisová značka: 5Sd/181/2012 Identifikačné číslo súdneho spisu: 1012201047 Dátum vydania rozhodnutia: 16. 01. 2013 Meno a priezvisko sudcu, VSÚ: JUDr. Milota Tóthová ECLI: ECLI:SK:KSBA:2013:1012201047.2 ROZSUDOK V MENE SLOVENSKEJ REPUBLIKY Krajský súd v Bratislave samosudkyňou JUDr. Milotou Tóthovou v právnej veci navrhovateľky Q. J., bytom R. XXXX/X, O., proti odporkyni Sociálnej poisťovni ústredie v Bratislave, Ul. 29. augusta č. 8, Bratislava, o invalidný dôchodok, takto r o z h o d o l : Súd rozhodnutie odporkyne číslo XXX XXX XXXX zo dňa 17. februára 2012 p o t v r d z u j e . Účastníkom náhradu trov konania nepriznáva. o d ô v o d n e n i e : Rozhodnutím číslo XXX XXX XXXX zo dňa 17. februára 2012 odporkyňa podľa § 70 ods. 1 a § 82 zákona č. 461/2003 Z.z. o sociálnom poistení v znení neskorších predpisov priznala navrhovateľke od 1. januára 2010 invalidný dôchodok v sume 133,50 eur mesačne, zvýšený od 1. januára 2011 na sumu 136,00 eur mesačne a od 1.1.2012 na sumu 140,50 eur mesačne. Rozhodla tak s odôvodnením, že podľa posudku posudkového lekára sociálneho poistenia Sociálnej poisťovne, pobočka Bratislava zo dňa 2. februára 2012 navrhovateľka bola uznaná za invalidnú, miera poklesu schopnosti vykonávať zárobkovú činnosť u navrhovateľky je 45%. Navrhovateľka návrhom zo dňa 16.3.2012 žiadala preskúmať toto rozhodnutie a poukazovala na to, že trpí na dlhoročnú alergiu, od roku 2008 u nej prejavila začínajúca astma, od roku 2010 artróza, bolesti svalstva a únavový syndróm. Ďalej má stále pretrvávajúce zápaly nosohltanu, kožné problémy, porušenú imunitu a stredne zvýšenú sedimentáciu. Uviedla, že v roku 2011 v dôsledku zlého zdravotného stavu nevládala pracovať. Padala a pri jednom páde si zlomila ruku. Poukázala na to, že vzhľadom na zdravotné problémy ako dlhodobý kašeľ a bolesť v krku nemôže ísť ani na gynekologickú operáciu. Vzhľadom na zdravotné problémy nie je schopná sa zamestnať ani nájsť si primerané zamestnanie. Krajský súd preskúmal napadnuté rozhodnutie podľa § 250l a nasl. O.s.p., prejednal návrh navrhovateľky a dospel k záveru, že návrh nie je dôvodný. Krajský súd vykonal dokazovanie výsluchom účastníkov konania, posudkom posudkového lekára Sociálnej poisťovne pobočky Bratislava zo dňa 2.2.2012 a posudkom posudkového lekára Sociálnej poisťovne ústredie Bratislava zo dňa 5.6.2012, doplňujúcim odborným vyjadrením posudkového lekára Sociálnej poisťovne ústredie Bratislava zo dňa 30.11.2012,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navrhovateľky o invalidný dôchodok zdravotný stav a pracovná schopnosť navrhovateľky boli posúdené posudkovým lekárom Sociálnej poisťovne pobočka Bratislava dňa 2.2.2012, ktorý uviedol, že navrhovateľka trpí na choroby a to iné imunodeficiencie a esenciálnu (primárnu) hypertenziu. Navrhovateľka je v starostlivosti a liečbe mnohých odborných lekárov pre ochorenia, ktoré z posudkového hľadiska globálne nedosahujú hodnotu nad 40% miery poklesu schopnosti vykonávať zárobkovú činnosť, dominuje u nej chronický únavový syndróm, ktorý je podmienený jednotlivými ochoreniami. Navrhovateľka je liečbe imunoalergológa pre tzv. dermorespiračný syndróm s kožnými prejavmi v zmysle atopickej dermatitídy a respiračnými príznakmi horných dýchacích ciest alergickej genézy. Ľahká hypofunkcia štítnej žľazy je suplementovaná hormonálnou terapiou. Navrhovateľka je v sledovaní reumatológa pre polytopné ťažkosti osteoartikulárneho aparátu (bolesti chrbtice viacerých segmentov a viacerých kĺbov), ktorý stav vyhodnotil ako generalizovanú osteoartrózu. Posudkový lekár poukázal na to, že všetky tieto uvedené ochorenia a iné ďalšie spolu participujú na chronickom únavovom syndróme so stredne zníženým obmedzením výkonnosti organizmu. Rozhodujúcim zdravotným postihnutím u navrhovateľky je chronický únavový syndróm, stredná forma so závažným poklesom celkovej výkonnosti organizmu (kapitola III., oddiel C, položka 1.a) prílohy č. 4 zákona č. 461/2003 Z.z.), kde mieru poklesu schopnosti vykonávať zárobkovú činnosť posudkový lekár stanovil na 40%. Pre iné zdravotné postihnutie a to hypertenziu II. (kapitola IX., oddiel A, položka 10.b) prílohy č. 4 zákona č. 461/2003 Z.z.) zvýšil percentuálnu mieru o 5%. Celková miera poklesu schopnosti vykonávať zárobkovú činnosť u navrhovateľky je 45%. Navrhovateľka je invalidná podľa § 71 ods. 1 zákona č. 461/2003 Z.z. o sociálnom zabezpečení. Navrhovateľka môže vykonávať prácu bez nadmernej fyzickej a psychickej záťaže napr. ľahké administratívne práce. Posudkový lekár Sociálnej poisťovne ústredie Bratislava v posudku zo dňa 5.6.2012, uviedol že navrhovateľka trpí na choroby a to iné imunodeficiencie, únavový syndróm nejasnej etiológie, esenciálnu (primárnu) hypertenziu, bolesť chrbta - dorzalgiu, atopickú dermatitídu podľa dokumentácie, exogénnu obezitu ťažkého stupňa, chronický tráviaci syndróm, poruchu metabolizmu tukov a cukrov, autoimunitný zápal štítnej žľazy a univerzálnu osteoartrózu bez klasifikácie. U navrhovateľky je anamnéza mnohopočetných ochorení, ktoré sú posudkovo nezávažné, polymorbídna. V popredí sú pálivé bolesti chrbtice, medzi lopatkami pichavé, bolesti kolien, pravého ramenného kĺbu, pri častom chodení do prírody sa objaví výtok z nosa a očí, zadýchavanie sa. Navrhovateľke vadia chemické prípravky, je neustále unavená a nevládze pracovať. Chronický únavový syndróm je sprevádzaný bolesťami chrbtice, svalov, veľkých kĺbov tela, drobných kĺbov rúk, prejavmi univerzálnej osteoartózy, ktorá však nie je potvrdená cielenými odbornými vyšetreniami. Zdravotný stav navrhovateľky negatívne ovplyvňuje obezita ťažkého stupňa a klimax. Choroba vysokého krvného tlaku je účelnou liečbou kompenzovaná od roku 1998 a neboli dokázané žiadne orgánové komplikácie ako očné, cievne, neurologické, nefrologické a kardiologické. Bolesť chrbta - dorzalgia, atopická dermatitída podľa dokumentácie, chronický tráviaci syndróm, porucha metabolizmu tukov a cukrov a autoimunitný zápal štítnej žľazy v klinickom obraze vykazujú iba ľahký alebo mierny stupeň funkčného postihnutia a z tohto dôvodu sú posudkovo nezávažné. Navrhovateľka je liečená pre alergickú nádchu a atopický zápal kože pri precitlivenosti na peľ tráv, stromov, buriny, prach, perie, roztoče, plesne, pričom ochorenie kožného charakteru je cielenou liečbou a dodržiavaním opatrení zo strany navrhovateľky dobre kompenzované. Rozhodujúcim zdravotným postihnutím u navrhovateľky je chronický únavový syndróm, stredná forma so závažným poklesom celkovej výkonnosti organizmu (kapitola III., oddiel C, položka 1.a) prílohy č. 4 zákona č. 461/2003 Z.z.), kde mieru poklesu schopnosti vykonávať zárobkovú činnosť posudkový lekár stanovil na 40%. Pre iné zdravotné postihnutie a to esenciálnu (primárnu) hypertenziu zvýšil percentuálnu mieru o 5%. Celková miera poklesu schopnosti vykonávať zárobkovú činnosť u navrhovateľky je 45%. Navrhovateľka je invalidná podľa § 71 ods. 1 zákona č. 461/2003 Z.z. o sociálnom zabezpečení. Navrhovateľka môže vykonávať prácu bez nadmernej fyzickej a psychickej záťaže napr. ľahké administratívne práce primerané stredoškolskému vzdelaniu. Navrhovateľka pri výsluchu v súdnom konaní zotrvala na podanom návrhu. Doložila novšie lekárske nálezy. Súd doplnil dokazovanie zadovážením si doplňujúceho odborného vyjadrenia posudkového lekára Sociálnej poisťovne ústredie Bratislava, ktorý dňa 30.11.2012 po vyhodnotení nových lekárskych nálezov a to potvrdenia o dočasnej PN od 10.1. do 15.2.2012, od 16.3. do 31.7.2012, od 5.9. - trvá; ortopedického vyšetrenia zo dňa 4.9.2012; rehabilitačného vyšetrenia zo dňa 6.9.2012; psychologického vyšetrenia zo dňa 3.11.2011 a interného vyšetrenia zo dňa 12.7.2005 za prítomnosti odborného lekára vo špecializácii neurológia z neurologického a posudkového hľadiska konštatoval, že všetky doložené odborné vyšetrenia, najmä aktuálne, nepotvrdili progresiu ochorení. Z neurologického hľadiska u navrhovateľky ide o bežné vertebrogénne ochorenie - ochorenie chrbtice nezávažného stupňa. Konštatoval, že súbor jednotlivých ochorení je posudkovo nezávažný, chronický únavový syndróm nebol vyklasifikovaný odborným pracoviskom, neboli dokázané komplikácie, ostatné ochorenia v diagnostickom súbore ako samostatné klinické jednotky nepodmieňujú uznanie invalidity. Zotrval na posudkovom závere uvedenom v posudku zo dňa 5.7.2012. Navrhovateľka zotrvala na podanom návrhu. Nové lekárske nálezy k dispozícii nemala. Zástupkyňa odporkyne vzhľadom na zhodné závery posudkov posudkových lekárov ako aj na odborné doplňujúce vyjadrenie posudkového lekára zo dňa 30.11.2012 žiadala napadnuté rozhodnutie ako vecne správne potvrdiť. Posudkový lekár sociálneho poistenia Sociálnej poisťovne pobočka Bratislava ako aj posudkový lekár sociálneho poistenia Sociálnej poisťovne ústredie Bratislava vo svojich vyššie uvedených posudkoch ako aj v doplňujúcom odbornom vyjadrení zo dňa 30.11.2012 zohľadnili všetky navrhovateľkou uvádzané ťažkosti a vysporiadali sa s lekárskymi nálezmi nachádzajúcimi sa v zdravotnej dokumentácii navrhovateľky aj za účasti odborného lekára so špecializáciou neurológia a zhodne určili, že rozhodujúcim zdravotným postihnutím u navrhovateľky je chronický únavový syndróm, stredná forma so závažným poklesom celkovej výkonnosti organizmu (kapitola III., oddiel C, položka 1.a) prílohy č. 4 zákona č. 461/2003 Z.z.), kde mieru poklesu schopnosti vykonávať zárobkovú činnosť posudkoví lekári stanovili na 40%, čo predstavuje hornú hranicu miery poklesu schopnosti vykonávať zárobkovú činnosť v percentách pre dané ochorenie. Pre iné zdravotné postihnutie a to esenciálnu (primárnu) hypertenziu zvýšili percentuálnu mieru o 5%. Celková miera poklesu schopnosti vykonávať zárobkovú činnosť u navrhovateľky je 45%. Zistenia posudkových lekárov neboli spochybnené ani v súdnom konaní, nakoľko ani novšie lekárske nálezy, ktoré navrhovateľka doložila nepreukázali progresiu jej ochorení, z neurologického hľadiska sa jedná o bežné ochorenie chrbtice nezávažného stupňa. Ostatné ochorenia uvedené v diagnostickom súbore a to atopická dermatitída, chronický tráviaci syndróm, porucha metabolizmu tukov a cukrov a autoimunitný zápal štítnej žľazy v klinickom obraze vykazujú iba ľahký alebo mierny stupeň funkčného postihnutia a ako samostatné klinické jednotky nepodmieňujú uznanie invalidity. Závery posudkov posudkových lekárov sú odborné, presvedčivé, náležite zdôvodnené a súd nezistil rozpor medzi ich závermi a zisteným skutočným stavom. Krajský súd preto z vyššie uvedených dôvodov napadnuté rozhodnutie číslo XXX XXX XXXX zo dňa 17. februára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https://www.kauzis.sk/judikatura/r/ECLI:SK:KSBA:2013:1012201047.2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