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8Sd/21/2012 z 18. 11. 2013</w:t>
      </w:r>
    </w:p>
    <w:p>
      <w:r>
        <w:t>Uznesenie Krajského súdu Bratislava z 18. novembra 2013, sp. zn. 8Sd/21/2012, ECLI:SK:KSBA:2013:1012201124.1</w:t>
      </w:r>
    </w:p>
    <w:p>
      <w:r>
        <w:t>Súd: Krajský súd Bratislava</w:t>
      </w:r>
    </w:p>
    <w:p>
      <w:r>
        <w:t>Spisová značka: 8Sd/21/2012</w:t>
      </w:r>
    </w:p>
    <w:p>
      <w:r>
        <w:t>ECLI: ECLI:SK:KSBA:2013:1012201124.1</w:t>
      </w:r>
    </w:p>
    <w:p>
      <w:r>
        <w:t>Dátum vydania: 18. 11.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8Sd/21/2012 Identifikačné číslo súdneho spisu: 1012201124 Dátum vydania rozhodnutia: 19. 11. 2013 Meno a priezvisko sudcu, VSÚ: JUDr. Peter Pospech ECLI: ECLI:SK:KSBA:2013:1012201124.1 Uznesenie Krajský súd v Bratislave v právnej veci navrhovateľa: S. E., V. Č. XXX XXX XXXX, G. Š. U. X, XXX XX N., proti odporcovi: Sociálna poisťovňa - ústredie, Ul. 29. augusta č. 8, 813 63 Bratislava, právne zast. Mgr. Zuzanou Majerskou, v spore o invalidný dôchodok, takto r o z h o d o l : Súd konanie z a s t a v u j e . Žiaden z účastníkov nemá právo na náhradu trov konania. o d ô v o d n e n i e : Napadnutým rozhodnutím odporkyne Sociálnej poisťovne - ústredie v Bratislave pod č.k. XXX XXX XXXX X zo dňa 17.5.2012 bolo rozhodnuté o zamietnutí žiadosti navrhovateľa o invalidný dôchodok. Proti tomuto rozhodnutiu bol podaný opravný prostriedok zo strany navrhovateľa, adresovaný Krajskému súdu v Bratislave. V rámci skúmania podmienok konania podľa § 103 a nasl. O.s.p. konajúci súd zistil, že v predmetnej veci už rozhodol Krajský súd v Žiline rozhodnutím pod sp.zn. XXSd XXX/XXXX zo dňa 8.11.2012. Podľa § 83 O.s.p. začatie konania bráni tomu, aby o tej istej veci prebiehalo iné konanie. V rámci skúmania podmienok konania súd zistil, že prejednaniu predmetnej veci pod sp.zn. XSd XX/XXXX bráni prekážka veci rozhodnutej na Krajskom súde v Žiline pod sp.zn. XXSd XXX/XXXX ktorej predmetom bolo preskúmanie napadnutého rozhodnutia Sociálnej poisťovne - ústredie Bratislava pod č.k. XXX XXX XXXX X zo dňa 17.5.2012. Nakoľko v konaní pod sp.zn. XSd XX/XXXX ide taktiež o preskúmanie napadnutého rozhodnutia pod č.k. XXX XXX XXXX X zo dňa 17.5.2012 súd konanie zastavil podľa § 159 ods. 3 O.s.p. a § 104 ods. 1 s tým, že len čo sa o veci právoplatne rozhodlo, nemôže sa prejednávať znovu. Výrok o trovách konania súd oprel o skutočnosť, že navrhovateľ si trovy konania neuplatnil a preto súd rozhodol, že žiaden z účastníkov nemá právo na náhradu trov konania.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https://www.kauzis.sk/judikatura/r/ECLI:SK:KSBA:2013:1012201124.1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