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5Sd/201/2012 z 24. 1. 2013</w:t>
      </w:r>
    </w:p>
    <w:p>
      <w:r>
        <w:t>Uznesenie Krajského súdu Bratislava z 24. januára 2013, sp. zn. 5Sd/201/2012, ECLI:SK:KSBA:2013:1012201238.1</w:t>
      </w:r>
    </w:p>
    <w:p>
      <w:r>
        <w:t>Súd: Krajský súd Bratislava</w:t>
      </w:r>
    </w:p>
    <w:p>
      <w:r>
        <w:t>Spisová značka: 5Sd/201/2012</w:t>
      </w:r>
    </w:p>
    <w:p>
      <w:r>
        <w:t>ECLI: ECLI:SK:KSBA:2013:1012201238.1</w:t>
      </w:r>
    </w:p>
    <w:p>
      <w:r>
        <w:t>Dátum vydania: 24. 1. 2013</w:t>
      </w:r>
    </w:p>
    <w:p>
      <w:r>
        <w:t>Forma: Uznesenie</w:t>
      </w:r>
    </w:p>
    <w:p>
      <w:pPr>
        <w:pStyle w:val="Heading2"/>
      </w:pPr>
      <w:r>
        <w:t>Text rozhodnutia</w:t>
      </w:r>
    </w:p>
    <w:p>
      <w:r>
        <w:t>Súd: Krajský súd Bratislava Spisová značka: 5Sd/201/2012 Identifikačné číslo súdneho spisu: 1012201238 Dátum vydania rozhodnutia: 25. 01. 2013 Meno a priezvisko sudcu, VSÚ: JUDr. Milota Tóthová ECLI: ECLI:SK:KSBA:2013:1012201238.1 Uznesenie Krajský súd v Bratislave v právnej veci navrhovateľa U. F., bytom E. XXX,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26.3.2012 žiadal preskúmať rozhodnutie odporkyne číslo XXX XXX XXXX zo dňa 29.2.2012, ktorým odporkyňa zvýšila sumu invalidného dôchodku od 1. decembra 2011 na 268,20 eur mesačne. Písomným prehlásením zo dňa 16.8.2012 navrhovateľ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https://www.kauzis.sk/judikatura/r/ECLI:SK:KSBA:2013:1012201238.1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