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3Cob/265/2013 z 29. 9. 2013</w:t>
      </w:r>
    </w:p>
    <w:p>
      <w:r>
        <w:t>Uznesenie Krajského súdu Bratislava z 29. septembra 2013, sp. zn. 3Cob/265/2013, ECLI:SK:KSBA:2013:1012201278.1</w:t>
      </w:r>
    </w:p>
    <w:p>
      <w:r>
        <w:t>Súd: Krajský súd Bratislava</w:t>
      </w:r>
    </w:p>
    <w:p>
      <w:r>
        <w:t>Spisová značka: 3Cob/265/2013</w:t>
      </w:r>
    </w:p>
    <w:p>
      <w:r>
        <w:t>ECLI: ECLI:SK:KSBA:2013:1012201278.1</w:t>
      </w:r>
    </w:p>
    <w:p>
      <w:r>
        <w:t>Dátum vydania: 29. 9. 2013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3Cob/265/2013 Identifikačné číslo súdneho spisu: 1012201278 Dátum vydania rozhodnutia: 30. 09. 2013 Meno a priezvisko sudcu, VSÚ: JUDr. Elena Ondrišová ECLI: ECLI:SK:KSBA:2013:1012201278.1 Uznesenie Krajský súd v Bratislave v právnej veci žalobcu Z.. A. X., Q.. XX.XX.XXXX, U. Y. Č.. XXX, Č. N., práv. zast. Mgr. Martinom Hrbáňom, advokátom, Malý trh 2/A, Bratislava, proti žalovanému RUN FIVE Media Technologies, a.s., Grösslingova 45, Bratislava, IČO: 36 621 315, zast. Mgr. Michalom Fresserom, Na Hrádzi 57, Bratislava, o zrušenie rozhodcovského rozsudku a o odvolaní žalobcu proti rozsudku Okresného súdu Bratislava III v Bratislave č.k. 29Cb/84/2012-92 zo dňa 2.5.2013, jednohlasne takto r o z h o d o l : Krajský súd v Bratislave pripúšťa späťvzatie žalobného návrhu, rozsudok Okresného súdu Bratislava III v Bratislave č.k. 29Cb/84/2012-92 zo dňa 2.5.2013 zrušuje a konanie zastavuje. Žiaden z účastníkov nemá právo na náhradu trov odvolacieho konania. o d ô v o d n e n i e : Napadnutým rozsudkom súd prvého stupňa zamietol žalobcov žalobný návrh a zároveň rozhodol, že žiadny z účastníkov nemá nárok na náhradu trov konania. V odôvodnení rozsudku uviedol, že žalobca neuniesol dôkazné bremeno, a preto jeho žalobný návrh zamietol a s poukazom na ustanovenie § 142 ods. 1 O.s.p. v spojení s § 151 ods. 1, 2 O.s.p. rozhodol o náhrade trov konania. Proti rozsudku súdu prvého stupňa podal riadne a včas odvolanie žalobca, ktorý navrhol odvolaciemu súdu, aby rozsudok súdu prvého stupňa zmenil tak, že žalobe vyhovie a zaviaže žalovaného na zaplatenie trov prvostupňového i odvolacieho konania, alebo aby napadnutý rozsudok zrušil a vrátil súdu prvého stupňa na ďalšie konanie. Následne podaním zo dňa 23.8.2013 zobral žalobca späť svoj žalobný návrh v celom rozsahu poukazujúc na uzavretie dohody o urovnaní, ktorú dňa 13.8.2013 uzavrel so žalovaným a žiadal odvolací súd, aby konanie zastavil a o trovách konania rozhodol tak, že žiaden z účastníkov nemá právo na náhradu trov konania. K späťvzatiu žaloby doložil i súhlas žalovaného, ktorý sa zároveň vzdal náhrady trov konania. Podľa § 208 O.s.p. ak je návrh na začatie konania vzatý späť, keď už rozhodol súd prvého stupňa, ale jeho rozhodnutie nie je dosiaľ právoplatné, odvolací súd rozhodne o pripustení späťvzatia. Súd späťvzatie nepripustí, ak druhý účastník s tým nesúhlasí. Ak späťvzatie pripustí, odvolací súd zruší rozhodnutie súdu prvého stupňa a konanie zastaví. Odvolací súd na základe naplnenia zákonných podmienok s poukazom na ustanovenie § 208 O.s.p. pripustil späťvzatie žalobného návrhu, zrušil rozsudok súdu prvého stupňa a konanie zastavil. O trovách konania rozhodol súd s poukazom na ustanovenie § 146 ods. 1 písm. c/ O.s.p., podľa ktorého žiaden z účastníkov nemá právo na náhradu trov konania podľa jeho výsledku, ak bolo konanie zastavené. O vrátení súdneho poplatku za podané odvolanie rozhodne súd prvého stupňa s poukazom na ustanovenie § 11 ods. 1 Zákona o súdnych poplatkoch. Poučenie: Proti tomuto uzneseniu odvolanie nie je prípustné.</w:t>
      </w:r>
    </w:p>
    <w:p/>
    <w:p>
      <w:r>
        <w:t>Zdroj: KAUZIS.SK – https://www.kauzis.sk/judikatura/r/ECLI:SK:KSBA:2013:1012201278.1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