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5S/216/2012 z 25. 11. 2013</w:t>
      </w:r>
    </w:p>
    <w:p>
      <w:r>
        <w:t>Rozhodnutie Krajského súdu Bratislava z 25. novembra 2013, sp. zn. 5S/216/2012, ECLI:SK:KSBA:2013:1012201285.1</w:t>
      </w:r>
    </w:p>
    <w:p>
      <w:r>
        <w:t>Súd: Krajský súd Bratislava</w:t>
      </w:r>
    </w:p>
    <w:p>
      <w:r>
        <w:t>Spisová značka: 5S/216/2012</w:t>
      </w:r>
    </w:p>
    <w:p>
      <w:r>
        <w:t>ECLI: ECLI:SK:KSBA:2013:1012201285.1</w:t>
      </w:r>
    </w:p>
    <w:p>
      <w:r>
        <w:t>Dátum vydania: 25. 11. 2013</w:t>
      </w:r>
    </w:p>
    <w:p>
      <w:r>
        <w:t>Forma: Rozhodnutie</w:t>
      </w:r>
    </w:p>
    <w:p>
      <w:pPr>
        <w:pStyle w:val="Heading2"/>
      </w:pPr>
      <w:r>
        <w:t>Text rozhodnutia</w:t>
      </w:r>
    </w:p>
    <w:p>
      <w:r>
        <w:t>Súd: Krajský súd Bratislava Spisová značka: 5S/216/2012 Identifikačné číslo súdneho spisu: 1012201285 Dátum vydania rozhodnutia: 26. 11. 2013 Meno a priezvisko sudcu, VSÚ: JUDr. Dáša Filová ECLI: ECLI:SK:KSBA:2013:1012201285.1 Rozhodnutie Krajský súd v Bratislave v právnej veci žalobcu: JPF s.r.o., Pri Trati 15/A, 821 06 Bratislava, zastúpený: KRION Partners s.r.o., Jozefská 3, 811 06 Bratislava, proti žalovanému: Finančné riaditeľstvo Slovenskej republiky, oddelenie daňového konania Banská Bystrica, Lazovná 63, 974 01 Banská Bystrica, o preskúmanie zákonnosti rozhodnutia žalovaného č. 1020502/1/1038367/2012/5062-r zo dňa 22.6.2012, takto r o z h o d o l : Krajský súd v Bratislave konanie z a s t a v u j e . Žiaden z účastníkov nemá právo na náhradu trov konania. o d ô v o d n e n i e : Žalobou podanou tunajšiemu súdu dňa 6.7.2012 sa žalobca domáhal preskúmania zákonnosti rozhodnutia žalovaného č. 1020502/1/1038367/2012/5062-r zo dňa 22.6.2012, ktorým žalovaný potvrdil dodatočný platobný výmer Daňového úradu Bratislava č. 9102405/1/406711/2012 zo dňa 8.3.2012. Prvostupňovým rozhodnutím nebol žalobcovi ako platiteľovi dane z pridanej hodnoty priznaný nadmerný odpočet dane z pridanej hodnoty za zdaňovacie obdobie apríl 2009 vo výške XXX XXX,XX eur a určil mu vlastnú daňovú povinnosť v sume XXX XXX,XX eur. Keďže žalobca spolu so žalobou nezaplatil poplatok za podanie žaloby v sume XX,- eur, súd ho pod následkom zastavenia konania vyzval na zaplatenie súdneho poplatku v lehote do 10 dní od doručenia, výzvou č.k. 5S 216/2012-32 zo dňa 17.10.2013, doručenou právnemu zástupcovi žalobcu dňa 22.10.2013.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https://www.kauzis.sk/judikatura/r/ECLI:SK:KSBA:2013:1012201285.1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