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4S/148/2012 z 26. 9. 2013</w:t>
      </w:r>
    </w:p>
    <w:p>
      <w:r>
        <w:t>Uznesenie Krajského súdu Bratislava z 26. septembra 2013, sp. zn. 4S/148/2012, ECLI:SK:KSBA:2013:1012201374.1</w:t>
      </w:r>
    </w:p>
    <w:p>
      <w:r>
        <w:t>Súd: Krajský súd Bratislava</w:t>
      </w:r>
    </w:p>
    <w:p>
      <w:r>
        <w:t>Spisová značka: 4S/148/2012</w:t>
      </w:r>
    </w:p>
    <w:p>
      <w:r>
        <w:t>ECLI: ECLI:SK:KSBA:2013:1012201374.1</w:t>
      </w:r>
    </w:p>
    <w:p>
      <w:r>
        <w:t>Dátum vydania: 26.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4S/148/2012 Identifikačné číslo súdneho spisu: 1012201374 Dátum vydania rozhodnutia: 27. 09. 2013 Meno a priezvisko sudcu, VSÚ: JUDr. Judita Kokolevská ECLI: ECLI:SK:KSBA:2013:1012201374.1 Uznesenie Krajský súd v Bratislave v právnej veci žalobcu: V. Z., štátna príslušnosť R., prechodne Š. XXX/XX, K., právne zastúpený: LOVISKOVA, s.r.o. AK so sídlom Vinohradnícka 40,949 01 Nitra, proti žalovanému: Riaditeľstvo hraničnej a cudzineckej polície Bratislava, Úradu hraničnej a cudzineckej polície, Prezídia policajného zboru, so sídlom Hrobákova 44, 852 42 Bratislava, o preskúmanie zákonnosti rozhodnutia žalovaného č. PPZ-HCP-BA2-2012/005689-004 zo dňa 18.5.2012, jednohlasne, takto r o z h o d o l : Krajský súd v Bratislave konanie z a s t a v u j e . Žiaden z účastníkov nemá právo na náhradu trov konania. o d ô v o d n e n i e : Žalobou podanou na Krajský súd v Bratislave dňa 17.7.2012 sa žalobca domáhal preskúmania zákonnosti rozhodnutia žalovaného č. PPZ-HCP-BA2-2012/005689-004 zo dňa 18.5.2012, ktorým žalovaný rozhodnutie vydané Oddelením cudzineckej polície Policajného zboru v Nitre č. PPZ-HCP- BA11-AV-2-7/2012 zo dňa 10.2.2012, ktorým bol žalobca administratívne vyhostený a bol mu určený zákaz vstupu na územie Slovenskej republiky na dobu 1 roka potvrdil a odvolanie žalobcu ako účastníka správneho konania zamietol. Výzvou zo dňa 1.8.2013 doručenou právnemu zástupcovi žalobcu dňa 22.8.2013, bol žalobca vyzvaný na zaplatenie súdneho poplatku vo výške 66,- € podľa položky 10 písm. a)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Podľa § 18ca zákona č. 71/1992 Zb. o súdnych poplatkoch, z úkonov navrhnutých alebo za konania začaté do 30. septembra 2012 sa vyberajú poplatky podľa predpisov účinných do 30. septembra 2012, i keď sa stanú splatnými po 30. septembri 2012. Podľa položky 10 písm. a) sadzobníka súdnych poplatkov účinného do 30.9.2012, sa platil súdny poplatok z návrhu na preskúmanie zákonnosti rozhodnutia orgánu verejnej správy na základe žaloby v sume 66,- €.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</w:t>
      </w:r>
    </w:p>
    <w:p/>
    <w:p>
      <w:r>
        <w:t>Zdroj: KAUZIS.SK – https://www.kauzis.sk/judikatura/r/ECLI:SK:KSBA:2013:1012201374.1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