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4S/155/2012 z 9. 10. 2013</w:t>
      </w:r>
    </w:p>
    <w:p>
      <w:r>
        <w:t>Uznesenie Krajského súdu Bratislava z 9. októbra 2013, sp. zn. 4S/155/2012, ECLI:SK:KSBA:2013:1012201412.1</w:t>
      </w:r>
    </w:p>
    <w:p>
      <w:r>
        <w:t>Súd: Krajský súd Bratislava</w:t>
      </w:r>
    </w:p>
    <w:p>
      <w:r>
        <w:t>Spisová značka: 4S/155/2012</w:t>
      </w:r>
    </w:p>
    <w:p>
      <w:r>
        <w:t>ECLI: ECLI:SK:KSBA:2013:1012201412.1</w:t>
      </w:r>
    </w:p>
    <w:p>
      <w:r>
        <w:t>Dátum vydania: 9.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4S/155/2012 Identifikačné číslo súdneho spisu: 1012201412 Dátum vydania rozhodnutia: 10. 10. 2013 Meno a priezvisko sudcu, VSÚ: JUDr. Soňa Langová ECLI: ECLI:SK:KSBA:2013:1012201412.1 Uznesenie Krajský súd v Bratislave v právnej veci žalobcu: RECO, s.r.o., Hurbanova ul. č. 1379/38, 905 01 Senica, IČO: 34 152 059, zastúpený advokátom, Mgr. Milanom Trylčom, PhD., J. Kráľa 738/12, 905 01 Senica, proti žalovanému: Úrad pre verejné obstarávanie, Dunajská ul. č. 68, 820 04 Bratislava o preskúmanie zákonnosti rozhodnutia žalovaného č. 945-7000/2012-71/3 zo dňa 9.7.2012 o pribratí účastníka do konania, takto r o z h o d o l : Krajský súd v Bratislave priberá do konania účastníka: Prešovský samosprávny kraj, Námestie mieru č. 2, 080 01 Prešov. o d ô v o d n e n i e : Žalobou doručenou súdu dňa 23.7.2012 sa žalobca domáhal preskúmania rozhodnutia žalovaného č. 945-7000/2012-71/3 zo dňa 9.7.2012, ktorým žalovaný podľa § 139 ods. 2 písm. a) v spojení s § 146 ods. 4 zákona číslo 25/2006 Z.z. o verejnom obstarávaní a o zmene a doplnení niektorých zákonov v znení neskorších predpisov (ďalej len zákon o verejnom obstarávaní) nariadil kontrolovanému, Prešovskému samosprávnemu kraju, zrušiť verejnú súťaž na predmet zákazky "Súbor systematických informačných a propagačných materiálov o Prešovskom samosprávnom kraji", vyhlásenú v Úradnom vestníku Európskej únie dňa 13. 1. 2012, pod značkou 2012/S 8 - 012248 a vo Vestníku verejného obstarávania číslo 9/2012 zo dňa 16. 1. 2012 pod značkou 00411 - MSS, do 30 dní odo dňa doručenia rozhodnutia. o pribratí účastníka do konania, takto Podľa ust. § 250 ods. 1 zákona č. 99/1963 Zb., Občianskeho súdneho poriadku v znení novely zákona č. 384/2008 Z.z., účastníkmi konania sú žalobca a žalovaný. Súd aj bez návrhu uznesením priberie do konania účastníka správneho konania, ktorého práva a povinnosti by mohli byť zrušením správneho rozhodnutia dotknuté. Vzhľadom na okolnosť, že rozhodnutím súdu by mohlo dôjsť k následkom uvedeným v citovanom ustanovení, t.j. mohlo by dôjsť k ovplyvneniu povinností kontrolovaného (pribratého účastníka) súd pribral do súdneho konania verejného obstarávateľa, ktorému bola napadnutým rozhodnutím uložená povinnosť. Poučenie: Proti tomuto uzneseniu odvolanie nie je prípustné. (246c ods. 1 O.s.p.)</w:t>
      </w:r>
    </w:p>
    <w:p/>
    <w:p>
      <w:r>
        <w:t>Zdroj: KAUZIS.SK – https://www.kauzis.sk/judikatura/r/ECLI:SK:KSBA:2013:1012201412.1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