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4Sp/102/2012 z 23. 9. 2013</w:t>
      </w:r>
    </w:p>
    <w:p>
      <w:r>
        <w:t>Uznesenie Krajského súdu Bratislava z 23. septembra 2013, sp. zn. 4Sp/102/2012, ECLI:SK:KSBA:2013:1012201464.1</w:t>
      </w:r>
    </w:p>
    <w:p>
      <w:r>
        <w:t>Súd: Krajský súd Bratislava</w:t>
      </w:r>
    </w:p>
    <w:p>
      <w:r>
        <w:t>Spisová značka: 4Sp/102/2012</w:t>
      </w:r>
    </w:p>
    <w:p>
      <w:r>
        <w:t>ECLI: ECLI:SK:KSBA:2013:1012201464.1</w:t>
      </w:r>
    </w:p>
    <w:p>
      <w:r>
        <w:t>Dátum vydania: 23. 9. 2013</w:t>
      </w:r>
    </w:p>
    <w:p>
      <w:r>
        <w:t>Forma: Uznesenie</w:t>
      </w:r>
    </w:p>
    <w:p>
      <w:pPr>
        <w:pStyle w:val="Heading2"/>
      </w:pPr>
      <w:r>
        <w:t>Text rozhodnutia</w:t>
      </w:r>
    </w:p>
    <w:p>
      <w:r>
        <w:t>Súd: Krajský súd Bratislava Spisová značka: 4Sp/102/2012 Identifikačné číslo súdneho spisu: 1012201464 Dátum vydania rozhodnutia: 24. 09. 2013 Meno a priezvisko sudcu, VSÚ: JUDr. Ľubomír Šramko ECLI: ECLI:SK:KSBA:2013:1012201464.1 Uznesenie Krajský súd v Bratislave v právnej veci navrhovateľky: pani O. Z., bytom Q. XX, C. proti odporcovi: Hlavné mesto Slovenskej republiky Bratislava so sídlom Primaciálne nám. 1, Bratislava v konaní o opravnom prostriedku navrhovateľky zo dňa 2.7.2012 proti rozhodnutiu odporcu Číslo: 31317/12-318867/181/MM, Číslo konania: 181/MM zo dňa 30.5.2012 takto r o z h o d o l : Krajský súd v Bratislave konanie z a s t a v u j e . Žiaden z účastníkov konania nemá právo na náhradu trov tohto konania. o d ô v o d n e n i e : Dňa 1.8.2012 bol konajúcemu Krajskému súdu v Bratislave (ďalej len súd) doručený prostredníctvom odporcu návrh - opravný prostriedok navrhovateľky, doručený 2.7.2012, ktorým sa navrhovateľka domáhala zrušenia napadnutého rozhodnutia odporcu Číslo: 31317/12-318867/181/MM, Číslo konania: 181/MM zo dňa 30.5.2012. Dňa 23.9.2013 sa navrhovateľka dostavila na súd a svoj návrh - opravný prostriedok podaný voči napadnutému rozhodnutiu odporcu zobrala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https://www.kauzis.sk/judikatura/r/ECLI:SK:KSBA:2013:1012201464.1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