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5Sd/245/2012 z 12. 3. 2013</w:t>
      </w:r>
    </w:p>
    <w:p>
      <w:r>
        <w:t>Rozsudok Krajského súdu Bratislava z 12. marca 2013, sp. zn. 5Sd/245/2012, ECLI:SK:KSBA:2013:1012201467.3</w:t>
      </w:r>
    </w:p>
    <w:p>
      <w:r>
        <w:t>Súd: Krajský súd Bratislava</w:t>
      </w:r>
    </w:p>
    <w:p>
      <w:r>
        <w:t>Spisová značka: 5Sd/245/2012</w:t>
      </w:r>
    </w:p>
    <w:p>
      <w:r>
        <w:t>ECLI: ECLI:SK:KSBA:2013:1012201467.3</w:t>
      </w:r>
    </w:p>
    <w:p>
      <w:r>
        <w:t>Dátum vydania: 12. 3. 2013</w:t>
      </w:r>
    </w:p>
    <w:p>
      <w:r>
        <w:t>Forma: Rozsudok</w:t>
      </w:r>
    </w:p>
    <w:p>
      <w:r>
        <w:t>Oblasť práva: Správne právo</w:t>
      </w:r>
    </w:p>
    <w:p>
      <w:pPr>
        <w:pStyle w:val="Heading2"/>
      </w:pPr>
      <w:r>
        <w:t>Text rozhodnutia</w:t>
      </w:r>
    </w:p>
    <w:p>
      <w:r>
        <w:t>Súd: Krajský súd Bratislava Spisová značka: 5Sd/245/2012 Identifikačné číslo súdneho spisu: 1012201467 Dátum vydania rozhodnutia: 13. 03. 2013 Meno a priezvisko sudcu, VSÚ: JUDr. Milota Tóthová ECLI: ECLI:SK:KSBA:2013:1012201467.3 ROZSUDOK V MENE SLOVENSKEJ REPUBLIKY Krajský súd v Bratislave samosudkyňou JUDr. Milotou Tóthovou v právnej veci navrhovateľa G. Z., bytom F. XX, U., korešpondenčná adresa G. X/A, U., proti odporkyni Sociálnej poisťovni ústredie v Bratislave, Ul. 29. augusta č. 8, Bratislava, o zvýšenie invalidného dôchodku, takto r o z h o d o l : Súd rozhodnutie odporkyne číslo XXX XXX XXXX X zo dňa 16. apríla 2012 p o t v r d z u j e. Účastníkom náhradu trov konania nepriznáva. o d ô v o d n e n i e : Rozhodnutím číslo XXX XXX XXXX X zo dňa 16. apríla 2012 odporkyňa podľa § 73 a § 112 ods. 4 zákona č. 461/2003 Z.z. o sociálnom poistení v znení neskorších predpisov zamietla žiadosť navrhovateľa o zvýšenie invalidného dôchodku. Rozhodla tak s odôvodnením, že podľa posudku posudkového lekára Sociálnej poisťovne, pobočka Bratislava zo dňa 30. marca 2012 navrhovateľ je naďalej invalidný podľa § 71 ods. 1 zákona č. 461/2003 Z.z. s mierou poklesu schopnosti vykonávať zárobkovú činnosť 45%. Navrhovateľ návrhom zo dňa 10.5.2012 žiadal preskúmať toto rozhodnutie odporkyne s poukazom na aktuálny lekársky nález z psychiatrického vyšetrenia. Súd preskúmal napadnuté rozhodnutie podľa § 250l a nasl. O.s.p., prejednal návrh navrhovateľky a dospel k záveru, že návrh nie je dôvodný. Súd vykonal dokazovanie výsluchom odporkyne, posudkami posudkového lekára Sociálnej poisťovne pobočky Bratislava zo dňa 30.3.2012, posudkom posudkového lekára Sociálnej poisťovne ústredie Bratislava zo dňa 31.7.2012,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10.11.2010 na základe posudku posudkového lekára Sociálnej poisťovne pobočka Bratislava zo dňa 16.12.2010, ktorý ho uznal za invalidného podľa § 71 ods.1 zákona č. 461/2003 Z.z. o sociálnom poistení s mierou poklesu schopnosti vykonávať zárobkovú činnosť 45%. Rozhodujúcim zdravotným postihnutím u navrhovateľa bola stanovená schizotypová porucha stredne ťažká forma (kapitola V., položka 3.a) prílohy č. 4 zákona č. 461/2003 Z.z., kde mieru poklesu schopnosti stanovil na 35%. Pre iné zdravotné postihnutie a to detskú mozgovú obrnu - ľahké parézy dvoch končatín zvýšil percentuálnu mieru o 10%. Celková miera poklesu schopnosti vykonávať zárobkovú činnosť u navrhovateľa je 45%. Navrhovateľ žiadosťou zo dňa 15.3.2012 požiadal o prehodnotenie zdravotného stavu vzhľadom na to, že jeho zdravotný stav sa od poslednej kontroly zhoršil. Posudkový lekár Sociálnej poisťovne pobočka Bratislava v posudku zo dňa 30.3.2012 konštatoval, že od uznania invalidity u navrhovateľa nebola z posudkového hľadiska preukázaná významná zmena zdravotného stavu. Rozhodujúcim zdravotným postihnutím u navrhovateľa bola stanovená schizotypová porucha stredne ťažká forma (kapitola V., položka 3.a) prílohy č. 4 zákona č. 461/2003 Z.z., kde mieru poklesu schopnosti stanovil na 35%. Pre iné zdravotné postihnutie a to detskú mozgovú obrnu - ľahké parézy dvoch končatín zvýšil percentuálnu mieru o 10%. Celková miera poklesu schopnosti vykonávať zárobkovú činnosť u navrhovateľa je 45%. Navrhovateľ je naďalej invalidný podľa § 71 ods. 1 zákona č. 461/2003 Z.z. o sociálnom poistení s mierou poklesu schopnosti vykonávať zárobkovú činnosť 45%. Je schopný vykonávať prácu sedavého charakteru. Posudkový lekár Sociálnej poisťovne ústredie Bratislava v posudku zo dňa 31.7.2012 uviedol, že navrhovateľ trpí na choroby a to: schizotypovú poruchu, detskú mozgovú obrnu a exogénnu obezitu. U navrhovateľa je anamnéza primárneho ochorenia a to schizotypová porucha, pre ktorú je sporadicky v liečbe psychiatra. Navrhovateľ prekonal detskú mozgovú obrnu, pôrod bol komplikovaný a bol kriesený. Od piatej triedy základnej školy mal zášklby hlavou, psychické problémy, úzkosť, chodil na odborné vyšetrenia. Rozhodujúcim zdravotným postihnutím u navrhovateľa bola stanovená schizotypová porucha stredne ťažká forma (kapitola V., položka 3.a) prílohy č. 4 zákona č. 461/2003 Z.z., kde mieru poklesu schopnosti stanovil na 35%. Pre iné zdravotné postihnutie a to detskú mozgovú obrnu - ľahké parézy dvoch končatín bola zvýšená percentuálna miera o 10%. Celková miera poklesu schopnosti vykonávať zárobkovú činnosť u navrhovateľa je 45%. Navrhovateľ je naďalej invalidný podľa § 71 ods. 1 zákona č. 461/2003 Z.z. o sociálnom poistení s mierou poklesu schopnosti vykonávať zárobkovú činnosť 45%. Je schopný vykonávať prácu v prostredí bez fyzickej a psychickej záťaže, napr. administratívne práce. Navrhovateľ sa na vytýčené pojednávanie súdu dňa 13.3.2013 napriek riadnemu predvolaniu nedostavil, svoju neúčasť na ňom neospravedlnil a ani nepožiadal o odročenie tohto pojednávania,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Zhodne určili, že rozhodujúcim zdravotným postihnutím u navrhovateľa je schizotypová porucha stredne ťažká forma (kapitola V., položka 3.a) prílohy č. 4 zákona č. 461/2003 Z.z., kde mieru poklesu schopnosti stanovili na 35%. Pre iné zdravotné postihnutie a to detskú mozgovú obrnu - ľahké parézy dvoch končatín zvýšili percentuálnu mieru o 10%. Celková miera poklesu schopnosti vykonávať zárobkovú činnosť u navrhovateľa je 45%. Zotrvali na stanovenej miere poklesu schopnosti vykonávať zárobkovú činnosť 45%, nakoľko z posudkového hľadiska nebolo preukázané zhoršenie zdravotného stavu navrhovateľa.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odporkyne číslo XXX XXX XXXX X zo dňa 16. apríla 2012 podľa § 250q ods. 2 O.s.p. ako vecne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https://www.kauzis.sk/judikatura/r/ECLI:SK:KSBA:2013:1012201467.3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