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5S/269/2012 z 2. 12. 2013</w:t>
      </w:r>
    </w:p>
    <w:p>
      <w:r>
        <w:t>Uznesenie Krajského súdu Bratislava z 2. decembra 2013, sp. zn. 5S/269/2012, ECLI:SK:KSBA:2013:1012201498.1</w:t>
      </w:r>
    </w:p>
    <w:p>
      <w:r>
        <w:t>Súd: Krajský súd Bratislava</w:t>
      </w:r>
    </w:p>
    <w:p>
      <w:r>
        <w:t>Spisová značka: 5S/269/2012</w:t>
      </w:r>
    </w:p>
    <w:p>
      <w:r>
        <w:t>ECLI: ECLI:SK:KSBA:2013:1012201498.1</w:t>
      </w:r>
    </w:p>
    <w:p>
      <w:r>
        <w:t>Dátum vydania: 2. 12. 2013</w:t>
      </w:r>
    </w:p>
    <w:p>
      <w:r>
        <w:t>Forma: Uznesenie</w:t>
      </w:r>
    </w:p>
    <w:p>
      <w:pPr>
        <w:pStyle w:val="Heading2"/>
      </w:pPr>
      <w:r>
        <w:t>Text rozhodnutia</w:t>
      </w:r>
    </w:p>
    <w:p>
      <w:r>
        <w:t>Súd: Krajský súd Bratislava Spisová značka: 5S/269/2012 Identifikačné číslo súdneho spisu: 1012201498 Dátum vydania rozhodnutia: 03. 12. 2013 Meno a priezvisko sudcu, VSÚ: JUDr. Anna Peťovská PhD. ECLI: ECLI:SK:KSBA:2013:1012201498.1 Uznesenie Krajský súd v Bratislave v právnej veci žalobcu: O. K. U., s.r.o., J. XX, D., X.: XX XXX XXX, zastúpený advokátom JUDr. Miroslavom Belicom, so sídlom AK Nitra, Štefánikova trieda 79, Nitra, proti žalovanému: Finančné riaditeľstvo SR, Lazovná 63, Banská Bystrica, o preskúmanie zákonnosti rozhodnutia žalovaného č. XXXXXXX/X/XXXXXX/ XXXX zo dňa XX. apríla XXXX, takto r o z h o d o l : Súd konanie z a s t a v u j e. Žiaden z účastníkov nemá právo na náhradu trov konania. o d ô v o d n e n i e : Žalobou doručenou tunajšiemu súd dňa 13.08.2012 sa žalobca domáhal postupom podľa druhej hlavy piatej časti O.s.p. preskúmania zákonnosti rozhodnutia žalovaného č. XXXXXXX/X/XXXXXX/ XXXX zo dňa XX. apríla XXXX a jemu predchádzajúceho prvostupňového rozhodnutia - dodatočný platobný výmer vydaný Daňovým úradom Bratislava č. XXXXXXX/X/XXXX/XXXX/Kláb zo dňa XX.XX.XXXX sa návrhom na ich zrušenie a vrátenie veci na ďalšie konanie správneho orgánu. Napadnutým rozhodnutím žalovaného bolo potvrdené prvostupňové rozhodnutie, ktorým Daňový úrad Bratislava znížil nadmerný odpočet za zdaňovacie obdobie november 2010 zo sumy XX.XXX,XX eur na sumu XX.XXXXX,XX eur daňovému subjektu O. K. U., s.r.o. Súčasne s podaním žaloby žalobca doručil súdu prílohový list zo dňa 07.08.2012 doručený tunajšiemu súdu dňa 10.08.2012 s pripojenou obálkou RR 383654908SK Nitra 1 tvrdiac, že dňa 03.08.2012, ako je to označené poštovým úradom, podal na Slovenskej pošte Nitra 1 žalobu v danej veci, ktorá sa však vrátila odosielateľovi s poznámkou „adresát neznámy“. Žalobca tvrdí, že obsah obálky tvorila práve predmetná žaloba. Krajský súd v Bratislave v rámci skúmania podmienok konania predovšetkým najprv skúmal, či v danom prípade sú splnené podmienky súdneho prieskumu tak ako tieto vyplývajú z prvej a druhej hlavy piatej časti O.s.p., predovšetkým, či žaloba bola podaná v zákonnej dvojmesačnej lehote určenej ust. § 250b ods. 1 O.s.p. Z predloženého administratívneho spisu súd zistil, že napadnuté rozhodnutie žalovaného bolo právnemu zástupcovi žalobcu doručované neúspešne dňa 22.05.2012 a opakované doručenie dňa 23.05.2012. Vzhľadom na neúspešné aj opakované doručenie potom bola zásielka uložená na pošte dňa 23.05.2012 a za doručenú v zmysle fikcie doručenia ju treba považovať uplynutím tretieho dňa uloženia zásielky. V danom prípade 25.05.2012. Právny zástupca žalobcu si zásielku uloženú na pošte osobne prevzal až 05.06.2012, čo je však bez právneho významu.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Podľa § 250b ods. 1 O.s.p., žaloba sa musí podať do dvoch mesiacov od doručenia rozhodnutia správneho orgánu v poslednom stupni, pokiaľ osobitný zákon neustanovuje inak. Zameškanie lehoty nemožno odpustiť. V danom prípade súd skúmaním podmienok konania podľa §§ 246c, 103, 104 a v spojení s ustanovením § 247 ods. 1 a 2 a § 250b ods. 1 O.s.p. zistil, že u právneho zástupcu žalobcu platí fikcia doručenia zásielky uloženej na pošte dňa 25.05.2012 a potom lehota na podanie žaloby podľa § 250b ods. 1 O.s.p. žalobcovi uplynula dňom 25.07.2012. Osobné prevzatie napadnutého rozhodnutia právnym zástupcom žalobcu dňa 05.06.2012 je právne irelevantné. Preto súd nemohol zohľadniť ani námietku právneho zástupcu žalobcu ohľadne ním nezavineného zmeškania lehoty pre podanie žaloby dňa 03.08.2012 doporučenou zásielkou RR 383654908SK Nitra 1, pretože i deň 03.08.2012, pokiaľ by sa aj osvedčilo, že v danom prípade vo vrátenej obálke sa nachádzala predmetná žaloba, i tento deň je treba považovať za deň po uplynutí zákonnej dvojmesačnej lehoty, teda oneskorene. Potom súd dospel k záveru, že podmienky pre súdny prieskum v danej veci pre oneskorenosť podania žaloby nie sú splnené, a preto konanie podľa § 250d ods. 3 O.s.p. zastavil. O náhrade trov konania súd rozhodol podľa § 146 ods. 1 písm. c/ O.s.p. v spojitosti s ustanovením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https://www.kauzis.sk/judikatura/r/ECLI:SK:KSBA:2013:1012201498.1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