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4S/170/2012 z 1. 8. 2013</w:t>
      </w:r>
    </w:p>
    <w:p>
      <w:r>
        <w:t>Uznesenie Krajského súdu Bratislava z 1. augusta 2013, sp. zn. 4S/170/2012, ECLI:SK:KSBA:2013:1012201529.5</w:t>
      </w:r>
    </w:p>
    <w:p>
      <w:r>
        <w:t>Súd: Krajský súd Bratislava</w:t>
      </w:r>
    </w:p>
    <w:p>
      <w:r>
        <w:t>Spisová značka: 4S/170/2012</w:t>
      </w:r>
    </w:p>
    <w:p>
      <w:r>
        <w:t>ECLI: ECLI:SK:KSBA:2013:1012201529.5</w:t>
      </w:r>
    </w:p>
    <w:p>
      <w:r>
        <w:t>Dátum vydania: 1. 8. 2013</w:t>
      </w:r>
    </w:p>
    <w:p>
      <w:r>
        <w:t>Forma: Uznesenie</w:t>
      </w:r>
    </w:p>
    <w:p>
      <w:pPr>
        <w:pStyle w:val="Heading2"/>
      </w:pPr>
      <w:r>
        <w:t>Text rozhodnutia</w:t>
      </w:r>
    </w:p>
    <w:p>
      <w:r>
        <w:t>Súd: Krajský súd Bratislava Spisová značka: 4S/170/2012 Identifikačné číslo súdneho spisu: 1012201529 Dátum vydania rozhodnutia: 02. 08. 2013 Meno a priezvisko sudcu, VSÚ: JUDr. Judita Kokolevská ECLI: ECLI:SK:KSBA:2013:1012201529.5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6211/12 zo dňa 1.8.2012, jednohlasne, takto r o z h o d o l : Krajský súd v Bratislave konanie z a s t a v u j e. Žiaden z účastníkov nemá právo na náhradu trov konania. o d ô v o d n e n i e : Žalobou podanou tunajšiemu súdu dňa 20.8.2012 sa žalobca domáhal preskúmania zákonnosti rozhodnutia žalovaného sp.zn. Spr. 6211/12 zo dňa 1.8.2012, ktorým žalovaný potvrdil prvostupňové rozhodnutie Okresného súdu Bratislava IV sp.zn. Spr. 6085/2012 zo dňa 4.7.2012.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23.5.2013 doručenou právnemu zástupcovi žalobcu dňa 29.5.2013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12.6.2013,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poplatkov a síce, že Krajský súd v Bratislave nie je orgánom verejnej správy a teda nemá poplatkovú povinnosť, krajský súd uvádza nasledovné. Je pravdou, že Krajský súd v Bratislave nie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https://www.kauzis.sk/judikatura/r/ECLI:SK:KSBA:2013:1012201529.5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