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2S/284/2012 z 30. 7. 2013</w:t>
      </w:r>
    </w:p>
    <w:p>
      <w:r>
        <w:t>Uznesenie Krajského súdu Bratislava z 30. júla 2013, sp. zn. 2S/284/2012, ECLI:SK:KSBA:2013:1012201550.1</w:t>
      </w:r>
    </w:p>
    <w:p>
      <w:r>
        <w:t>Súd: Krajský súd Bratislava</w:t>
      </w:r>
    </w:p>
    <w:p>
      <w:r>
        <w:t>Spisová značka: 2S/284/2012</w:t>
      </w:r>
    </w:p>
    <w:p>
      <w:r>
        <w:t>ECLI: ECLI:SK:KSBA:2013:1012201550.1</w:t>
      </w:r>
    </w:p>
    <w:p>
      <w:r>
        <w:t>Dátum vydania: 30. 7. 2013</w:t>
      </w:r>
    </w:p>
    <w:p>
      <w:r>
        <w:t>Forma: Uznesenie</w:t>
      </w:r>
    </w:p>
    <w:p>
      <w:pPr>
        <w:pStyle w:val="Heading2"/>
      </w:pPr>
      <w:r>
        <w:t>Text rozhodnutia</w:t>
      </w:r>
    </w:p>
    <w:p>
      <w:r>
        <w:t>Súd: Krajský súd Bratislava Spisová značka: 2S/284/2012 Identifikačné číslo súdneho spisu: 1012201550 Dátum vydania rozhodnutia: 31. 07. 2013 Meno a priezvisko sudcu, VSÚ: JUDr. Marián Trenčan ECLI: ECLI:SK:KSBA:2013:1012201550.1 Uznesenie Krajský súd v Bratislave v právnej veci žalobkyne: E. E., nar. XX.XX.XXXX, E. 7, T., zastúpená: JUDr. Tomáš Peráček PhD., advokát, Hrušková 21, Bratislava, proti žalovanému: Vysoká škola manažmentu v Trenčíne, so sídlom Bezručova 64, Trenčín, IČO 36 120 901, zastúpený: Majerník &amp; Miháliková, s.r.o., Panenská 23, Bratislava, o preskúmanie zákonnosti rozhodnutia a postupu žalovaného, takto r o z h o d o l : Krajský súd v Bratislave konanie z a s t a v u j e . Žiaden z účastníkov nemá právo na náhradu trov konania. o d ô v o d n e n i e : Žalobou doručenou tunajšiemu súdu dňa 22.08.2012 sa žalobkyňa domáhala preskúmania zákonnosti rozhodnutia a postupu žalovaného v súvislosti s rozhodnutím skúšobnej komisie o tom, že žalobkyňa neobhájila svoju záverečnú bakalársku prácu. Podaním doručeným tunajšiemu súdu dňa 28.07.2013 vzala žalobkyňa svoju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žalobkyňa vzala späť žalobu pred rozhodnutím vo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https://www.kauzis.sk/judikatura/r/ECLI:SK:KSBA:2013:1012201550.1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