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5Sd/270/2012 z 29. 10. 2013</w:t>
      </w:r>
    </w:p>
    <w:p>
      <w:r>
        <w:t>Rozsudok Krajského súdu Bratislava z 29. októbra 2013, sp. zn. 5Sd/270/2012, ECLI:SK:KSBA:2013:1012201576.1</w:t>
      </w:r>
    </w:p>
    <w:p>
      <w:r>
        <w:t>Súd: Krajský súd Bratislava</w:t>
      </w:r>
    </w:p>
    <w:p>
      <w:r>
        <w:t>Spisová značka: 5Sd/270/2012</w:t>
      </w:r>
    </w:p>
    <w:p>
      <w:r>
        <w:t>ECLI: ECLI:SK:KSBA:2013:1012201576.1</w:t>
      </w:r>
    </w:p>
    <w:p>
      <w:r>
        <w:t>Dátum vydania: 29. 10. 2013</w:t>
      </w:r>
    </w:p>
    <w:p>
      <w:r>
        <w:t>Forma: Rozsudok</w:t>
      </w:r>
    </w:p>
    <w:p>
      <w:r>
        <w:t>Oblasť práva: Správne právo</w:t>
      </w:r>
    </w:p>
    <w:p>
      <w:pPr>
        <w:pStyle w:val="Heading2"/>
      </w:pPr>
      <w:r>
        <w:t>Text rozhodnutia</w:t>
      </w:r>
    </w:p>
    <w:p>
      <w:r>
        <w:t>Súd: Krajský súd Bratislava Spisová značka: 5Sd/270/2012 Identifikačné číslo súdneho spisu: 1012201576 Dátum vydania rozhodnutia: 30. 10. 2013 Meno a priezvisko sudcu, VSÚ: JUDr. Milota Tóthová ECLI: ECLI:SK:KSBA:2013:1012201576.1 ROZSUDOK V MENE SLOVENSKEJ REPUBLIKY Krajský súd v Bratislave samosudkyňou JUDr. Milotou Tóthovou v právnej veci navrhovateľky T. R., bytom Y. X, Z., proti odporkyni Sociálnej poisťovni ústredie, Ul. 29. augusta č. 8, Bratislava, o sumu sirotského dôchodku, takto r o z h o d o l : Súd rozhodnutia odporkyne číslo XXX XXX XXXX X číslo 1 - 4 zo dňa 4. mája 2012, rozhodnutie číslo XXX XXX XXXX X zo dňa 25. júla 2012, rozhodnutia číslo XXX XXX XXXX X - I. a II. zo dňa 1. júla 2013 a rozhodnutie číslo XXX XXX XXXX X zo dňa 22. októbra 2013 p o t v r d z u j e . Účastníkom náhradu trov konania nepriznáva. o d ô v o d n e n i e : Rozhodnutím číslo XXX XXX XXXX X číslo 1 zo dňa 4. mája 2012 odporkyňa podľa § 112 a § 260 ods. 1 zákona č. 461/2003 Z.z. o sociálnom poistení v znení neskorších predpisov a podľa § 49 zákona č. 100/1988 Zb. o sociálnom zabezpečení v znení neskorších predpisov navrhovateľke od 12. februára 2010 odňala sirotský dôchodok a súčasne zastavila jeho výplatu. Rozhodla tak s odôvodnením, že navrhovateľka dňom 27. januára 2010 zanechala štúdium na Technickej univerzite v Košiciach, prestala spĺňať podmienku nezaopatrenosti dieťaťa a nárok na sirotský dôchodok jej zanikol. Týmto rozhodnutím odporkyňa zmenila pôvodné rozhodnutie číslo XXX XXX XXXX zo dňa 19. marca 2010 o zastavení výplaty sirotského dôchodku. Rozhodnutím číslo XXX XXX XXXX X číslo 2 zo dňa 4. mája 2012 odporkyňa podľa § 76, § 265 a § 82 zákona č. 461/2003 Z.z. o sociálnom poistení v znení neskorších predpisov rozhodla, že navrhovateľke od 6. septembra 2010 vznikol nárok na sirotský dôchodok po matke v sume 44,20 eur mesačne. Rozhodla tak s odôvodnením, že nakoľko navrhovateľka opätovne splnila podmienku nezaopatrenosti, navrhovateľke od 6. septembra 2010 znovu 461/2003 Z.z. určila podľa zákona č. 461/2003 Z.z. v znení neskorších predpisov. Týmto rozhodnutím odporkyňa zmenila rozhodnutie číslo XXX XXX XXXX zo dňa 3. novembra 2010 o uvoľnení výplaty sirotského dôchodku. Rozhodnutím číslo XXX XXX XXXX X číslo 3 zo dňa 4. mája 2012 odporkyňa podľa § 82 zákona č. 461/203 Z.z. v znení neskorších predpisov zvýšila od 1. januára 2011 sirotský dôchodok na 45,00 eur mesačne. Rozhodnutím číslo XXX XXX XXXX X číslo 4 zo dňa 4. mája 2012 odporkyňa podľa § 82 zákona č. 461/203 Z.z. v znení neskorších predpisov zvýšila od 1. januára 2012 sirotský dôchodok na 46,50 eur mesačne. Rozhodnutím číslo XXX XXX XXXX X číslo 5 zo dňa 4. mája 2012 odporkyňa podľa § 112 ods. 3 a 6 zákona č. 461/2003 Z.z. o sociálnom poistení navrhovateľke od 12. júna 2012 znížila sirotský dôchodok na sumu 46,50 eur mesačne. Rozhodla tak s odôvodnením, že pri opätovnom nároku na sirotský dôchodok skutkový stav nebol správne posúdený. Rozhodnutím číslo XXX XXX XXXX X zo dňa 25. júla 2012 odporkyňa podľa § 112 ods. 1 zákona č. 461/25003 Z.z. o sociálnom poistení zrušila rozhodnutie číslo XXX XXX XXXX X zo dňa 19. marca 2010 o zastavení výplaty sirotského dôchodku od 12. februára 2010, rozhodnutie číslo XXX XXX XXXX X zo dňa 8. októbra 2010 o uvoľnení výplaty sirotského dôchodku od 6. septembra 2010 a rozhodnutie číslo XXX XXX XXXX X zo dňa 4. mája 2012 o znížení sumy sirotského dôchodku od 12. júna 2012 na sumu 46,50 eur mesačne. Rozhodla tak s odôvodnením že uvedené rozhodnutia boli zrušené z dôvodu, že boli vydané nové rozhodnutia a to rozhodnutie číslo XXX XXX XXXX X zo dňa 4. mája 2012 o odňatí sirotského dôchodku a zastavení jeho výplaty od 12. februára 2010, nové rozhodnutie číslo XXX XXX XXXX 0 zo dňa 4. mája 2012 o tom, že navrhovateľke od 6. septembra 2010 vznikol nárok na sirotský dôchodok v sume 44,20 eur mesačne. Rozhodnutie číslo XXX XXX XXXX X zo dňa 4. mája 2012 o znížení sumy sirotského dôchodku od 12. júna 2012 na sumu 46,50 eur mesačne bolo zrušené ako nesprávne a nadbytočne vydané, nakoľko podľa rozhodnutia číslo XXX XXX XXXX X zo dňa 4. mája 2012 navrhovateľke patrí od 1. januára 2012 sirotský dôchodok v sume 46,50 eur mesačne, a preto od 12. júna 2012 nemohlo dôjsť k zníženiu sumy sirotského dôchodku. Rozhodnutím číslo XXX XXX XXXX X - I. zo dňa 1. júla 2013 odporkyňa podľa § 76 a § 112 ods. 4 zákona č. 461/2003 Z.z. o sociálnom poistení v znení zákona č. 310/2006 Z.z. uvoľnila navrhovateľke výplatu sirotského dôchodku od 12. júla 2013 v sume 50,40 eur mesačne. Rozhodla tak s odôvodnením, že navrhovateľka dodatočne preukázala, že od 12. júla 2013 študuje na Vysokej škole zdravotníctva a sociálnej práce sv. Alžbety n.o. v Bratislave, a preto spĺňa podmienky nezaopatrenosti podľa § 9 zákona č. 461/2003 Z.z. o sociálnom poistení. Keďže nárok na výplatu sirotského dôchodku trvá, jeho výplatu uvoľnila od 12. júla 2013. Rozhodnutím číslo XXX XXX XXXX X - II. zo dňa 1. júla 2013 odporkyňa podľa § 76 a § 112 ods. 4 zákona č. 461/2003 Z.z. o sociálnom poistení v znení neskorších predpisov navrhovateľke zastavila od 12. septembra 2013 výplatu sirotského dôchodku. Rozhodla tak s odôvodnením, že podľa potvrdenia Vysokej školy zdravotníctva a sociálnej práce sv. Alžbety n.o. v Bratislave v auguste 2013 navrhovateľka ukončí štúdium a tým prestane spĺňať podmienku nezaopatrenosti dieťaťa podľa § 9 zákona č. 461/2003 Z.z.. Ak sa preukáže, že dieťa naďalej spĺňa podmienku nezaopatrenosti, nárok na výplatu sirotského dôchodku sa obnoví. Rozhodnutím číslo XXX XXX XXXX X zo dňa 22. októbra 2013 odporkyňa podľa § 76 a § 112 ods. 4 zákona č. 461/2003 Z.z. o sociálnom poistení v znení neskorších predpisov navrhovateľke uvoľnila výplatu sirotského dôchodku od 12. septembra 2013 v sume 50,40 eur mesačne. Rozhodla tak s odôvodnením, že navrhovateľka od 1. septembra 2013 pokračuje v štúdiu na Vysokej škole zdravotníctva a sociálnej práce sv. Alžbety, n.o. v Bratislave, a preto spĺňa podmienky nezaopatrenosti podľa § 9 zákona č. 4610/2003 Z.z. o sociálnom poistení. Keďže nárok na výplatu sirotského dôchodku trvá, jeho výplata bola uvoľnená od 12. septembra 2013. Pôvodne splnomocnený zástupca navrhovateľky návrhom zo dňa 1.6.2012 žiadal o preskúmanie rozhodnutí číslo XXX XXX XXXX X číslo 5 zo dňa 4. mája 2012, nesúhlasil s výškou sirotského dôchodku a jeho znížením a žiadal, aby bol vyplácaný v pôvodnej sume. Odporkyňa v písomnom vyjadrení zo dňa 13.8.2012 uviedla, že navrhovateľke bol priznaný sirotský dôchodok od 11. decembra 1994 podľa § 49 zákona č. 100/1988 Zb. o sociálnom zabezpečení v znení neskorších predpisov, teda podľa právnych predpisov účinných do 31. decembra 2003. Navrhovateľka dňom 27. januára 2010 zanechala štúdium, prestala spĺňať podmienku nezaopatrenosti dieťaťa a nárok na sirotský dôchodok jej zanikol. Nakoľko dňa 6. septembra 2010 začala opätovne študovať, znovu jej vznikol nárok na sirotský dôchodok. Pretože bolo zistené, že suma sirotského dôchodku sa navrhovateľke vyplácala v nesprávnej sume, bola suma sirotského dôchodku stanovená v súlade s ustanovením § 265, § 76 a § 82 zákona a suma sirotského dôchodku bola určená od 6. septembra 2010 vo výške 44,20 eur mesačne. Poukázala na to, že rozhodnutím číslo XXX XXX XXXX X zo dňa 25. júla bolo zrušené rozhodnutie číslo XXX XXX XXXX X zo dňa 19. marca 2010 o zastavení výplaty sirotského dôchodku, rozhodnutie číslo XXX XXX XXXX X zo dňa 8. októbra 2010 o uvoľnení výplaty sirotského dôchodku a rozhodnutie číslo XXX XXX XXXX X E.o dňa 4. mája 2012 o znížení sumy sirotského dôchodku. Napadnuté rozhodnutia číslo XXX XXX XXXX X číslo 1 - 4 zo dňa 4. mája 2012 žiadala ako vecne správne potvrdiť. Súd preskúmal napadnuté rozhodnutia číslo XXX XXX XXXX X číslo 1 až 4 zo dňa 4. mája 2012, rozhodnutie číslo XXX XXX XXXX X zo dňa 25. júla 2012, rozhodnutia číslo XXX XXX XXXX X - R. a II zo dňa 1. júla 2013 a rozhodnutie číslo XXX XXX XXXX X zo dňa 22. októbra 2013 podľa § 250l a nasl. O.s.p., prejednal návrh navrhovateľky a dospel k záveru, že návrh nie je dôvodný. Súd vykonal dokazovanie výsluchom odporkyne, oboznámil sa s obsahom dávkového spisu odporkyne číslo XXX XXX XXXX X a s obsahom spisového materiálu a zistil tento skutkový stav. Navrhovateľka bola poberateľkou sirotského dôchodku od roku 1994. Podľa potvrdenia Technickej univerzity v Košiciach, Letecká fakulta zo dňa 27.1.2010 navrhovateľka bola študentkou denného bakalárskeho štúdia od 1.9.2009, ktoré ukončila dňa 27.1.2010 zanechaním štúdia. Podľa potvrdenia Vysokej školy zdravotníctva a sociálnej práce sv. Alžbety, n.o. v Bratislave zo dňa 6.9.2010 navrhovateľka bola v akademickom ročníku 2010/2011 študentkou I. ročníka dennej formy bakalárskeho štúdia VŠZ a SP sv. Alžbety, n.o. Bratislava, odboru sociálna práca v trvaní od 6.9.2010 do 31.8.2011. Rozhodnutím číslo XXX XXX XXXX X číslo 1 zo dňa 4. mája 2012 odporkyňa podľa § 112 a § 260 ods. 1 zákona č. 461/2003 Z.z. o sociálnom poistení v znení neskorších predpisov a podľa § 49 zákona č. 100/1988 Zb. o sociálnom zabezpečení v znení neskorších predpisov navrhovateľke od 12. februára 2010 odňala sirotský dôchodok a súčasne zastavila jeho výplatu. Týmto rozhodnutím odporkyňa zmenila pôvodné rozhodnutie číslo XXX XXX XXXX zo dňa 19. marca 2010 o zastavení výplaty sirotského dôchodku. Rozhodnutím číslo XXX XXX XXXX X číslo 2 zo dňa 4. mája 2012 odporkyňa podľa § 76, § 265 a § 82 zákona č. 461/2003 Z.z. o sociálnom poistení v znení neskorších predpisov rozhodla, že navrhovateľke od 6. septembra 2010 vznikol nárok na sirotský dôchodok po matke v sume 44,20 eur mesačne. Týmto rozhodnutím odporkyňa zmenila rozhodnutie číslo XXX XXX XXXX zo dňa 3. novembra 2010 o uvoľnení výplaty sirotského dôchodku. Rozhodnutím číslo XXX XXX XXXX X číslo 3 zo dňa 4. mája 2012 odporkyňa podľa § 82 zákona č. 461/203 Z.z. v znení neskorších predpisov zvýšila od 1. januára 2011 sirotský dôchodok na 45,00 eur mesačne. Rozhodnutím číslo XXX XXX XXXX X číslo 4 zo dňa 4. mája 2012 odporkyňa podľa § 82 zákona č. 461/203 Z.z. v znení neskorších predpisov zvýšila od 1. januára 2012 sirotský dôchodok na 46,50 eur mesačne. Rozhodnutím číslo XXX XXX XXXX X číslo 5 zo dňa 4. mája 2012 odporkyňa podľa § 112 ods. 3 a 6 zákona č. 461/2003 Z.z. o sociálnom poistení navrhovateľke od 12. júna 2012 znížila sirotský dôchodok na sumu 46,50 eur mesačne. Rozhodnutím číslo XXX XXX XXXX X zo dňa 25. júla 2012 odporkyňa podľa § 112 ods. 1 zákona č. 461/25003 Z.z. o sociálnom poistení zrušila rozhodnutie číslo XXX XXX XXXX X zo dňa 19. marca 2010 o zastavení výplaty sirotského dôchodku od 12. februára 2010, rozhodnutie číslo XXX XXX XXXX X zo dňa 8. októbra 2010 o uvoľnení výplaty sirotského dôchodku od 6. septembra 2010 a rozhodnutie číslo XXX XXX XXXX X zo dňa 4. mája 2012 o znížení sumy sirotského dôchodku od 12. júna 2012 na sumu 46,50 eur mesačne. Rozhodnutím číslo XXX XXX XXXX X - I. zo dňa 1. júla 2013 odporkyňa podľa § 76 a § 112 ods. 4 zákona č. 461/2003 Z.z. o sociálnom poistení v znení zákona č. 310/2006 Z.z. uvoľnila navrhovateľke výplatu sirotského dôchodku od 12. júla 2013 v sume 50,40 eur mesačne. Rozhodnutím číslo XXX XXX XXXX X - R.I. zo dňa 1. júla 2013 odporkyňa podľa § 76 a § 112 ods. 4 zákona č. 461/2003 Z.z. o sociálnom poistení v znení neskorších predpisov navrhovateľke zastavila od 12. septembra 2013 výplatu sirotského dôchodku. Rozhodnutím číslo XXX XXX XXXX X zo dňa 22. októbra 2013 odporkyňa podľa § 76 a § 112 ods. 4 zákona č. 461/2003 Z.z. o sociálnom poistení v znení neskorších predpisov navrhovateľke uvoľnila výplatu sirotského dôchodku od 12. septembra 2013 v sume 50,40 eur mesačne. Navrhovateľka sa na pojednávanie súdu dňa 30.10.2013 napriek riadnemu predvolaniu nedostavila, svoju neúčasť na ňom ospravedlnila a súhlasila s prejednaním veci v jej neprítomnosti, a preto súd podľa § 101 ods. 2 Občianskeho súdneho poriadku (ďalej len O.s.p.) vec prejednal v jej neprítomnosti. Zástupkyňa odporkyne sa v plnom rozsahu pridŕžala písomného vyjadrenia zo dňa 13.8.2012 a uviedla, že bolo vydané rozhodnutie číslo XXX XXX XXXXX zo dňa 25. júla 2012, ktorým bolo zrušené rozhodnutie číslo XXX XXX XXXX X E.o dňa 19. marca 2010, rozhodnutie číslo XXX XXX XXXX X zo dňa 8. októbra 2010 a rozhodnutie číslo XXX XXX XXXX X zo dňa 4. mája 2012 o znížení sumy sirotského dôchodku od 12.6.2012 na sumu 46,50 eur mesačne. Zdôraznila, že navrhovateľke dňa 27.1.2010, kedy zanechala štúdium zanikol nárok na sirotský dôchodok a tento jej mal byť správne odňatý. Dňom 6.9.2010 navrhovateľka začala opätovne študovať a z tohto dôvodu jej vznikol nárok na sirotský dôchodok, ktorý jej bol rozhodnutím číslo XXX XXX XXXX X číslo 2 zo dňa 4. mája 2010 priznaný od 6.9.2010. Navrhovateľka v období od 27.1.2010 do 5.9.2010 prestala spĺňať podmienku nezaopatrenosti dieťaťa a nárok na sirotský dôchodok jej v tomto období nevznikol. Rozhodnutím číslo XXX XXX XXXX X E.o dňa 27. mája 2013 bola navrhovateľke zastavená výplata sirotského dôchodku od 12.7.2013 a rozhodnutím číslo XXX XXX XXXX X-R.. zo 1. júla 2013 bola uvoľnená výplata sirotského dôchodku od 12.7.2013, rozhodnutím číslo XXX XXX XXXX X - R.. zo dňa 1. júla 2013 bola zastavená výplata sirotského dôchodku od 12.9.2013 a rozhodnutím číslo XXX XXX XXXX X zo dňa 22. októbra 2013 bola uvoľnená výplata sirotského dôchodku od 12.9.2013 a vo výplate sirotského dôchodku sa naďalej pokračuje. Napadnuté rozhodnutia číslo XXX XXX XXXX X číslo 1 - 4 zo dňa 4. mája 2012, rozhodnutie číslo XXX XXX XXXX X zo dňa 25. júla 2012, rozhodnutia číslo XXX XXX XXXX X-R.. a II. zo dňa 1. júla 2013 a rozhodnutie číslo XXX XXX XXXX X zo dňa 22. októbra 2013 žiadala ako vecne správne potvrdiť. Podľa § 49 ods. 1 zákona č. 100/1988 Zb. o sociálnom zabezpečení v znení neskorších predpisov na sirotský dôchodok má nárok nezaopatrené dieťa, ak zomrel rodič (osvojiteľ) dieťaťa alebo občan, ktorý prevzal dieťa do starostlivosti nahrádzajúcej starostlivosť rodičov, pokiaľ bolo dieťa v čase jeho smrti naňho prevažne odkázané výživou, ktorú zo závažných príčin nemohli zabezpečiť jeho rodičia. Podľa § 49 ods. 2 cit. zákona za nezaopatrené dieťa sa na účely tohto zákona považuje dieťa vo veku do skončenia povinnej školskej dochádzky a po jej skončení najdlhšie do dovŕšenia 25 rokov veku, ak a) sa sústavne pripravuje na budúce povolanie, alebo b) sa nemôže sústavne pripravovať na budúce povolanie alebo byť zamestnané pre chorobu alebo úraz, alebo c) pre dlhodobo nepriaznivý zdravotný stav je neschopné sa sústavne pripravovať na budúce povolanie alebo byť zamestnané. Podľa § 50 ods. 1 cit. zákona sirotský dôchodok jednostranne osirelého dieťaťa tvorí 30% a obojstranne osirelého dieťaťa 50% starobného, invalidného dôchodku alebo dôchodku za výsluhu rokov, na ktorý mal alebo by mal zomretý nárok v čase smrti. Ustanovenia § 47 ods. 1 časti vety za bodkočiarkou a ods. 2 a 3 tu platia obdobne. Podľa § 9 ods. 1 zákona č. 461/2003 Z.z. o sociálnom poistení v znení nesorších predpisov nezaopatrené dieťa podľa tohto zákona je dieťa a) do skončenia povinnej školskej dochádzky, b) po skončení povinnej školskej dochádzky, najdlhšie do dovŕšenia 26 rokov veku, ak 1. sa sústavne pripravuje na povolanie, 2. pre chorobu a stav, ktoré si vyžadujú osobitnú starostlivosť podľa prílohy č. 2, sa nemôže sústavne pripravovať na povolanie alebo nemôže vykonávať zárobkovú činnosť alebo 3. pre dlhodobo nepriaznivý zdravotný stav je neschopné sa sústavne pripravovať na povolanie alebo je neschopné vykonávať zárobkovú činnosť. Podľa § 10 ods. 1 cit. zákona sústavná príprava na povolanie podľa tohto zákona je štúdium na strednej škole po skončení povinnej školskej dochádzky alebo štúdium na vysokej škole do získania vysokoškolského vzdelania druhého stupňa. Podľa § 10 ods. 2 cit. zákona sústavná príprava na povolanie podľa § 9 ods. 1 písm. b) prvého bodu sa začína a) žiakovi strednej školy od začiatku školského roka nasledujúceho po školskom roku, v ktorom skončí povinnú školskú dochádzku, b) študentovi vysokej školy odo dňa zápisu na štúdium prvého stupňa alebo na štúdium druhého stupňa. Podľa § 10 ods. 3 cit. zákona sústavná príprava na povolanie podľa § 9 ods. 1 písm. b) prvého bodu sa končí a) žiakovi strednej školy spôsobom ustanoveným osobitným predpisom, b) študentovi vysokej školy spôsobom ustanoveným osobitným predpisom. Podľa § 10 ods. 4 cit. písm. d) zákona sústavná príprava na povolanie podľa tohto zákona je aj obdobie od získania vysokoškolského vzdelania prvého stupňa do zápisu na vysokoškolské štúdium druhého stupňa, ak zápis na vysokoškolské štúdium druhého stupňa bol vykonaný do konca kalendárneho roka, v ktorom bolo získané vysokoškolské vzdelanie prvého stupňa. Podľa § 76 ods. 1 zákona č. 461/2003 Z.z. o sociálnom poistení v znení neskorších predpisov nárok na sirotský dôchodok má nezaopatrené dieťa, ktorému zomrel rodič alebo osvojiteľ dieťaťa, ak rodič alebo osvojiteľ ku dňu smrti bol poberateľom starobného dôchodku, predčasného starobného dôchodku alebo invalidného dôchodku alebo ku dňu smrti získal počet rokov dôchodkového poistenia na nárok na invalidný dôchodok, alebo splnil podmienky nároku na starobný dôchodok, alebo zomrel v dôsledku pracovného úrazu alebo choroby z povolania. Podľa § 77 ods. 1 cit. zákona suma sirotského dôchodku je 40% starobného dôchodku alebo invalidného dôchodku, na ktorý mal alebo by mal nárok rodič alebo osvojiteľ dieťaťa, ktorého smrťou vznikol nezaopatrenému dieťaťu nárok na sirotský dôchodok. Podľa § 112 ods. 1 cit. zákona dávka sa prizná alebo sa zvýši odo dňa, od ktorého dávka alebo jej zvýšenie patrí, najviac tri roky spätne odo dňa zistenia, že sa dávka priznala alebo sa vyplácala v nižšej sume, ako patrí, alebo najviac tri roky spätne od uplatnenia nároku na dávku alebo nároku na jej zvýšenie, ak sa dodatočne zistí, že sa dávka a) priznala v nižšej sume, ako patrí, b) vypláca v nižšej sume, ako patrí, c) odoprela neprávom alebo d) priznala od neskoršieho dátumu, než od ktorého patrí. Podľa § 112 ods. 2 cit. zákona dávka sa odníme, ak zanikol nárok na dávku alebo ak sa zistí, že sa dávka priznala neprávom. Podľa § 112 ods. 3 cit. zákona dávka sa zníži, ak sa zistí, že sa dávka priznala vo vyššej sume, ako patrí. Podľa § 112 ods. 4 cit. zákona výplata dávky sa zastaví, uvoľní alebo sa dávka vypláca v nižšej sume alebo vo vyššej sume, ak sa zmenia skutočnosti rozhodujúce na nárok na výplatu dávky. Podľa § 112 ods. 5 cit. zákona výplata dávky alebo jej časti sa zastaví, ak poberateľ dávky na písomnú výzvu, aby preukázal skutočnosti rozhodujúce na nárok na dávku, nárok na jej výplatu a jej sumu, tejto výzve nevyhovie v ustanovenej lehote alebo v lehote určenej Sociálnou poisťovňou. Výplata dávky po preukázaní rozhodujúcich skutočností sa uvoľní odo dňa zastavenia jej výplaty, najviac tri roky spätne od preukázania týchto skutočností. Podľa § 112 ods. 6 cit. zákona dávka sa odníme, zníži alebo jej výplata sa zastaví odo dňa nasledujúceho po dni, ktorým uplynulo obdobie, za ktoré sa dávka už vyplatila. Podľa § 260 ods. 1 cit. zákona dávky nemocenského poistenia, dávky dôchodkového zabezpečenia, plnenia vyplývajúce z nárokov na náhradu škody spôsobenej pracovným úrazom alebo chorobou z povolania, peňažná náhrada a podpora v nezamestnanosti, priznané podľa predpisov účinných pred 1. januárom 2004, sa považujú po 31. decembri 2003 za dávky podľa tohto zákona, a to v sume, v akej patrili k 31. decembru 2003; ak nárok na výplatu týchto dávok, plnení, peňažnej náhrady a podpory v nezamestnanosti trval k 31. decembru 2003, dávky, plnenia, peňažná náhrada a podpora v nezamestnanosti sa vyplácajú aj po tomto dni za podmienok ustanovených predpismi účinnými do 31. decembra 2003, ak tento zákon neustanovuje inak. Nárok na výplatu starobného dôchodku a pomerného starobného dôchodku, ktoré boli priznané podľa predpisov účinných pred 1. januárom 2004, sa posudzuje po 31. decembri 2003 podľa predpisu účinného od 1. januára 2004. Podľa § 265 cit. zákona ak nárok na sirotský dôchodok priznaný podľa predpisov účinných do 31. decembra 2003 zanikol pred 1. januárom 2004 alebo po 31. decembri 2003 z dôvodu nesplnenia podmienky nezaopatrenosti dieťaťa a dieťa podmienku nezaopatrenosti opätovne splní po 31. decembri 2003, nárok na sirotský dôchodok vznikne znova, ak sú splnené podmienky nároku na tento dôchodok podľa tohto zákona. Nárok na sirotský dôchodok vznikne najskôr od 1. januára 2004 a jeho suma sa určí podľa tohto zákona. Ustanovenie § 81 ods. 6 sa nepoužije. Podľa § 82 ods. 1 zákona č. 461/2003 Z.z. o sociálnom poistení v znení neskorších predpisov dôchodkové dávky vyplácané k 1. januáru príslušného kalendárneho roka a dôchodkové dávky priznané od 1. januára do 31. decembra príslušného kalendárneho roka sa zvyšujú v závislosti od priemerného medziročného rastu spotrebiteľských cien a od medziročného rastu priemernej mzdy v hospodárstve Slovenskej republiky vykázaných štatistickým úradom za prvý polrok kalendárneho roka, ktorý predchádza príslušnému kalendárnemu roku. Príslušný kalendárny rok je rok, v ktorom sa zvýšenie dôchodkových dávok vykonáva, ak tento zákon neustanovuje inak. Podľa § 82 ods. 2 cit. zákona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Podľa § 82 ods. 3 cit. zákona na zvýšenie dôchodkovej dávky je rozhodujúca mesačná suma dôchodkovej dávky vyplácaná ku dňu, od ktorého sa zvyšuje. Podľa § 82 ods. 9 cit. zákona zvýšenie dôchodkových dávok sa zlučuje s dôchodkovou dávkou, pri ktorej toto zvýšenie patrí. Podľa § 293ar ods. 1 zákona č. 461/2003 Z.z. o sociálnom poistení v znení neskorších predpisov suma dávky, na ktorú vznikol nárok predo dňom zavedenia eura v Slovenskej republike (ďalej len "deň zavedenia eura") a o ktorej nebolo právoplatne rozhodnuté do dňa bezprostredne predchádzajúceho dňu zavedenia eura, sa určí v slovenských korunách a za obdobie od vzniku nároku na výplatu dávky do dňa bezprostredne predchádzajúceho dňu zavedenia eura sa prepočíta na sumu v eurách podľa konverzného kurzu. Suma dávky určená v slovenských korunách patriaca odo dňa zavedenia eura sa prepočíta na sumu v eurách podľa konverzného kurzu a zaokrúhli sa na 10 eurocentov nahor. Podľa § 2 ods. 2 zákona č. 659/2007 Z.z. o zavedení meny euro v Slovenskej republike a o zmene a doplnení niektorých zákonov v znení neskorších predpisov na účely súvisiace s prípravou na prechod a prechodom na euro, vrátane duálneho zobrazovania, sa prepočty a premeny všetkých súm zo slovenskej meny na eurá povinne vykonávajú výlučne podľa konverzného kurzu, pravidiel pre zaokrúhľovanie a ďalších pravidiel pre prechod na euro a postupom podľa tohto zákona a osobitných predpisov tak, aby čiastkové výpočty a výsledné prepočty konečných peňažných súm zo slovenskej meny na eurá boli čo najpresnejšie a bez vplyvu na zvýšenie ich reálnej finančnej hodnoty a cenovej úrovne v dôsledku prípravy na prechod a prechodu na euro. Podľa § 1 opatrenia Ministerstva práce, sociálnych vecí a rodiny Slovenskej republiky č. 413/2009 Z.z., ktorým sa ustanovuje percento zvýšenia dôchodkovej dávky v roku 2010 dôchodkové dávky v roku 2010 sa zvyšujú o 3,05%. Podľa § 1 opatrenia Ministerstva práce, sociálnych vecí a rodiny Slovenskej republiky č. 404/2010 Z.z., ktorým sa ustanovuje percento zvýšenia dôchodkovej dávky v roku 2011 dôchodkové dávky v roku 2011 sa zvyšujú o 1,8%. Podľa § 1 opatrenia Ministerstva práce, sociálnych vecí a rodiny Slovenskej republiky č. 344/2011 Z.z., ktorým sa ustanovuje percento zvýšenia dôchodkovej dávky v roku 2012 dôchodkové dávky v roku 2012 sa zvyšujú o 3,3%. V preskúmavanej veci súd zistil, že žiadosťou zo dňa 25.1.1995 zákonný zástupca navrhovateľky požiadal o priznanie sirotského dôchodku od 11.12.1994. Rozhodnutím číslo XXX XXX XXXX zo dňa 22. februára 1995 odporkyňa podľa § 49 zákona č. 100/1988 Zb. o sociálnom zabezpečení v znení neskorších predpisov priznala od 11.12.1994 sirotský dôchodok v sume 1 225,- Sk mesačne. Navrhovateľka študovala na Strednej odbornej škole, Farského Bratislava, jednalo sa o štvorročné štúdium, s dátumom ukončenia 31.6.2009. Podľa potvrdenia Technickej univerzity v Košiciach, Letecká fakulta zo dňa 2.9.2009 navrhovateľka študovala v školskom roku 2009/2010 v 1 ročníku, jednalo sa o trojročné štúdium. Podľa potvrdenia Technickej univerzity v Košiciach, Letecká fakulta zo dňa 27.1.2010 navrhovateľka bola študentkou denného bakalárskeho štúdia od 1.9.2009, ktoré ukončila dňa 27.1.2010 zanechaním štúdia. Podľa potvrdenia Vysokej školy zdravotníctva a sociálnej práce sv. Alžbety, n.o. v Bratislave zo dňa 6.9.2010 navrhovateľka bola v akademickom ročníku 2010/2011 študentkou 1. ročníka dennej formy bakalárskeho štúdia VŠZ a SP sv. Alžbety, n.o. Bratislava odboru sociálna práca v trvaní od 6.9.2010 do 31.8.2011. Podľa potvrdenia tejto vysokej školy zo dňa 8.9.2011 navrhovateľka bola v akademickom ročníku 2011/2012 študentkou 2. ročníka dennej formy bakalárskeho štúdia VŠZ a SP sv. Alžbety, n.o. Bratislava odboru sociálna práca v trvaní od 8.9.2011 do 31.8.2012, podľa potvrdenia zo dňa 26.7.2011 mala navrhovateľka toto štúdium ukončiť v júni 2013, podľa potvrdenia zo dňa 18.6.2013 navrhovateľka bola v akademickom roku 2012/2013 študentkou 3. ročníka dennej formy bakalárskeho štúdia VŠZ a SP sv. Alžbety, n.o. Bratislava odboru sociálna práca v trvaní od 6.9.2012 do augusta 2013, štúdium nebolo ukončené štátnou bakalárskou skúškou predpokladaný opravný termín bol koniec augusta 2013 a podľa potvrdenia zo dňa 1.10.2013 je navrhovateľka študentkou 1. ročníka dennej formy magisterského štúdia VŠZ a SP sv. Alžbety, n.o. Bratislava odboru sociálna práca v trvaní od 1.10.2013 do 31.8.2014. Rozhodnutím číslo XXX XXX XXXX zo dňa 19. marca 2010 odporkyňa podľa § 76 a § 112 zákona č. 461/2003 Z.z. o sociálnom poistení v znení neskorších predpisov navrhovateľke od 12. februára 2010 zastavila výplatu sirotského dôchodku. Rozhodnutím číslo XXX XXX XXXX zo dňa 8. októbra 2010 odporkyňa podľa § 76 a § 112 ods. 4 zákona č. 461/2003 Z.z. o sociálnom poistení v znení neskorších predpisov uvoľnila výplatu sirotského dôchodku od 6.9.2010 v sume 161,20 eur mesačne. Súd z vykonaného dokazovania má za preukázané, že od 27.1.2010, kedy navrhovateľka zanechala štúdium, pričom jednoznačne nešlo o prerušenie štúdia ale o jeho zánik ako to vyplýva z potvrdenia Technickej univerzity v Košiciach, Letecká fakulta zo dňa 27.1.2010, navrhovateľke zanikol nárok na sirotský dôchodok, ktorý bol pôvodne priznaný podľa § 49 zákona č. 100/1988 Zb. o sociálnom zabezpečení v znení neskorších predpisov. Dňom 6.9.2010 navrhovateľka začala opätovne študovať a s prihliadnutím na ust. § 265 zákona č. 461/2003 Z.z. o sociálnom poistení v znení neskorších predpisov z tohto dôvodu jej vznikol nový nárok na sirotský dôchodok podľa § 76 ods. 1 zákona č. 461/2003 Z.z. o sociálnom poistení a jeho suma bola určená podľa § 77 ods. 1 zákona č. 461/2003 Z.z. o sociálnom poistení. Odporkyňa správne postupovala, keď rozhodnutím číslo XXX XXX XXXX X číslo 2 zo dňa 4. mája 2012 podľa § 76, § 265 a § 82 zákona č. 461/2003 Z.z. o sociálnom poistení v znení neskorších predpisov rozhodla, že navrhovateľke od 6. septembra 2010 vznikol nárok na sirotský dôchodok po matke v sume 44,20 eur mesačne. Nakoľko navrhovateľka od 27.1.2010 prestala spĺňať podmienku nezaopatrenosti dieťaťa a nárok na sirotský dôchodok jej zanikol, odporkyňa správne postupovala, keď navrhovateľke od 12.2.2010 odňala sirotský dôchodok a jeho výplatu súčasne zastavila, čo realizovala rozhodnutím číslo XXX XXX XXXX X číslo 1 zo dňa 4. mája 2012. Navrhovateľke zanikol nárok na sirotský dôchodok od 27.1.2010, a následkom tejto skutočnosti mal byť sirotský dôchodok odňatý, a preto odporkyňa správne postupovala keď rozhodnutím číslo XXX XXX XXXX X zo dňa 25. júla 2012 zrušila rozhodnutie číslo XXX XXX XXXX X zo dňa 19. marca 2010 o zastavení výplaty sirotského dôchodku od 12. februára 2010 a rozhodnutie číslo XXX XXX XXXX X zo dňa 8. októbra 2010 o uvoľnení výplaty sirotského dôchodku od 6. septembra 2010, nakoľko bolo vydané nové rozhodnutie číslo XXX XXX XXXX X číslo 1 zo dňa 4. mája 2012 o odňatí sirotského dôchodku a zastavení jeho výplaty od 12. februára 2010 a nové rozhodnutie číslo XXX XXX XXXX X číslo 2 zo dňa 4. mája 2012 o tom, že navrhovateľke od 6. septembra 2010 vznikol nárok na sirotský dôchodok v sume 44,20 eur mesačne. Nakoľko rozhodnutie číslo XXX XXX XXXX X číslo 5 zo dňa 4. mája 2012 o znížení sumy sirotského dôchodku od 12. júna 2012 na sumu 46,50 eur mesačne bolo vydané nesprávne a nadbytočne, nakoľko bolo vydané rozhodnutie číslo XXX XXX XXXX X číslo 4 zo dňa 4. mája 2012 , ktorým bol od 1. januára 2012 zvýšený sirotský dôchodok na 46,50 eur mesačne, odporkyňa taktiež správne postupovala, keď rozhodnutie číslo XXX XXX XXXX X číslo 5 zo dňa 4. mája 2012 zrušila. Navrhovateľka preukázala, že naďalej spĺňa podmienku nezaopatrenosti dieťaťa a nárok na sirotský dôchodok jej trvá, a preto odporkyňa správne postupovala, keď pôvodne rozhodnutím číslo XXX XXX XXXX X zo dňa 27. mája 2013 zastavila navrhovateľke výplatu sirotského dôchodku od 12.7.2013, rozhodnutím číslo XXX XXX XXXX X-R.. zo 1. júla 2013 uvoľnila výplatu sirotského dôchodku od 12.7.2013, rozhodnutím číslo XXX XXX XXXX X-R.. zo dňa 1. júla 22012 zastavila výplatu sirotského dôchodku od 12.9.2013 a rozhodnutím číslo XXX XXX XXXX X zo dňa 22. októbra 2013 uvoľnila výplatu sirotského dôchodku od 12.9.2013, nakoľko podľa potvrdení Vysokej školy zdravotníctva a sociálnej práce sv. Alžbety, n.o. v Bratislave zo dňa 26.7.2011 mala navrhovateľka toto štúdium ukončiť v júni 2013, podľa potvrdenia zo dňa 18.6.2013 navrhovateľka bola v akademickom roku 2012/2013 študentkou 3. ročníka dennej formy bakalárskeho štúdia VŠZ a SP sv. Alžbety, n.o. Bratislava odboru sociálna práca v trvaní od 6.9.2012 do augusta 2013, štúdium nebolo ukončené štátnou bakalárskou skúškou predpokladaný opravný termín bol koniec augusta 2013 a podľa potvrdenia zo dňa 1.10.2013 je navrhovateľka študentkou 1. ročníka dennej formy magisterského štúdia VŠZ a SP sv. Alžbety, n.o. Bratislava odboru sociálna práca v trvaní od 1.10.2013 do 31.8.2014. Matka navrhovateľky poberala ku dňu smrti invalidný dôchodok v sume 3 217,- Sk mesačne, suma sirotského dôchodku je 40% z tejto sumy, čo predstavuje 1 287,- Sk mesačne. Po prepočte tejto sumy podľa § 293ar zákona č. 461/2003 Z.z. v znení zákona č. 659/2007 Z.z. sirotský dôchodok navrhovateľky v sume 1 287,- Sk mesačne predstavuje 42,80 eur mesačne, ktorý bol zvýšený o 3,05%, t.j. o 1,40 eur mesačne na sumu 44,20 eur mesačne, ďalej zvýšený od 1.1. 2011 o1,8%, t.j. o 0,80 eur mesačne na sumu 45,00 eur mesačne a od 1.1.2012 o 3,3%, t.j. o 1,50 eur mesačne na sumu 46,50 eur mesačne. Súd konštatuje, že odporkyňa postupovala pri výpočte sirotského dôchodku ako aj pri jeho zvyšovaní v súlade s právnymi predpismi. Súd z vyššie uvedených dôvodov napadnuté rozhodnutia číslo číslo XXX XXX XXXX X číslo 1 - 4 zo dňa 4. mája 2012, rozhodnutie číslo XXX XXX XXXX X zo dňa 25. júla 2012, rozhodnutia číslo XXX XXX XXXX X číslo 1 a číslo 2 zo dňa 1. júla 2013 a rozhodnutie číslo XXX XXX XXXX X zo dňa 22. októbra 2013 podľa § 250q ods. 2 O.s.p. ako vecne správne potvrdil. O trovách konania súd rozhodol podľa § 250k ods. 1 v spojení s § 250l ods. 2 O.s.p. Navrhovateľka nebola v konaní úspešná a odporkyni zo zákona žiadne trovy konania neprislúchajú.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https://www.kauzis.sk/judikatura/r/ECLI:SK:KSBA:2013:1012201576.1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