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5Sd/275/2012 z 1. 10. 2013</w:t>
      </w:r>
    </w:p>
    <w:p>
      <w:r>
        <w:t>Rozsudok Krajského súdu Bratislava z 1. októbra 2013, sp. zn. 5Sd/275/2012, ECLI:SK:KSBA:2013:1012201624.3</w:t>
      </w:r>
    </w:p>
    <w:p>
      <w:r>
        <w:t>Súd: Krajský súd Bratislava</w:t>
      </w:r>
    </w:p>
    <w:p>
      <w:r>
        <w:t>Spisová značka: 5Sd/275/2012</w:t>
      </w:r>
    </w:p>
    <w:p>
      <w:r>
        <w:t>ECLI: ECLI:SK:KSBA:2013:1012201624.3</w:t>
      </w:r>
    </w:p>
    <w:p>
      <w:r>
        <w:t>Dátum vydania: 1. 10. 2013</w:t>
      </w:r>
    </w:p>
    <w:p>
      <w:r>
        <w:t>Forma: Rozsudok</w:t>
      </w:r>
    </w:p>
    <w:p>
      <w:r>
        <w:t>Oblasť práva: Správne právo</w:t>
      </w:r>
    </w:p>
    <w:p>
      <w:pPr>
        <w:pStyle w:val="Heading2"/>
      </w:pPr>
      <w:r>
        <w:t>Text rozhodnutia</w:t>
      </w:r>
    </w:p>
    <w:p>
      <w:r>
        <w:t>Súd: Krajský súd Bratislava Spisová značka: 5Sd/275/2012 Identifikačné číslo súdneho spisu: 1012201624 Dátum vydania rozhodnutia: 02. 10. 2013 Meno a priezvisko sudcu, VSÚ: JUDr. Milota Tóthová ECLI: ECLI:SK:KSBA:2013:1012201624.3 ROZSUDOK V MENE SLOVENSKEJ REPUBLIKY Krajský súd v Bratislave samosudkyňou JUDr. Milotou Tóthovou v právnej veci navrhovateľky K. Y., bytom C. Y. X, H., proti odporkyni Sociálnej poisťovni ústredie v Bratislave, Ul. 29. augusta č. 8, Bratislava, o invalidný dôchodok, takto r o z h o d o l : Súd rozhodnutie odporkyne číslo XXX XXX XXXX zo dňa 13. augusta 2012 v spojení so zmenovým rozhodnutím zo dňa 10. septembra 2012 p o t v r d z u j e . Účastníkom náhradu trov konania nepriznáva. o d ô v o d n e n i e : Rozhodnutím číslo XXX XXX XXXX zo dňa 13. augusta 2012 odporkyňa podľa § 70 ods. 1 a § 82 zákona č. 461/2003 Z.z. o sociálnom poistení v znení neskorších predpisov priznala navrhovateľke od 19. mája 2012 invalidný dôchodok v sume 100,30 eur mesačne. Rozhodla tak s odôvodnením, že podľa posudku posudkového lekára sociálneho poistenia Sociálnej poisťovne, pobočka Bratislava zo dňa 24. júla 2012 navrhovateľka bola uznaná za invalidnú, miera poklesu schopnosti vykonávať zárobkovú činnosť u navrhovateľky je 50%. Zmenovým rozhodnutím číslo XXX XXX XXXX zo dňa 10. septembra 2012 po započítaní obdobia od 10. septembra 1999 do 31. decembra 1999, od 1. januára 2000 do 31. decembra 2000, od 1. januára 2001 do 31. decembra 2001, od 1. januára 2002 do 31. decembra 2002, od 1. januára 2003 do 31. augusta 2003 odporkyňa podľa 70 ods. 1, § 112 ods. 1 a § 82 zákona č. 461/2003 Z.z. o sociálnom poistení v znení neskorších predpisov zvýšila navrhovateľke od 19. mája 2012 invalidný dôchodok na sumu 110,90 eur mesačne. Navrhovateľka návrhom zo dňa 5.9.2012 žiadala preskúmať rozhodnutie odporkyne číslo XXX XXX XXXX zo dňa 13. augusta 2012 a uviedla, že v máji 2011 jej bolo diagnostikované neurologicko-svalové ochorenie s názvom torticollis spastica nazývané aj cervikálna distónia, čím dochádza k abnormálnym pozíciám hlavy a šije. V jej prípade nepomáhajú ani injekcie botulotoxínu, jedná sa o závažný stupeň tohto ochorenia, hlavu má neustále v pozícii vpravo pri pravom pleci a kvôli neustálym kŕčom nie je schopná ju otočiť na druhú stranu. Ochorenie jej nedovoľuje pracovať na počítači ani vykonávať akúkoľvek prácu, v ktorej je kvalifikovaná, prípadne inú prácu, ktorá vyžaduje dlhšie sedenie alebo pohyb. Mala za to, že sa u nej jedná o svalové ochorenie a namietala nesprávne zaradenie jej ochorenia posudkovým lekárom do položky záchvatovité ochorenie. Krajský súd preskúmal napadnuté rozhodnutie podľa § 250l a nasl. O.s.p., prejednal návrh navrhovateľky a dospel k záveru, že návrh nie je dôvodný. Krajský súd vykonal dokazovanie výsluchom účastníkov konania, posudkom posudkového lekára Sociálnej poisťovne pobočky Bratislava zo dňa 24.7.2012 a posudkom posudkového lekára Sociálnej poisťovne ústredie Bratislava zo dňa 13.12.2012, posudkom posudkového lekára Sociálnej poisťovne ústredie Bratislava zo dňa 25.4.2013, oboznámil sa s posudkovým spisom odporkyne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Na základe žiadosti navrhovateľky o invalidný dôchodok zdravotný stav a pracovná schopnosť navrhovateľky boli posúdené posudkovým lekárom Sociálnej poisťovne pobočka Bratislava dňa 24.7.2012, ktorý uviedol, že navrhovateľka trpí na cervikálnu distóniu, tortikolis. Navrhovateľka je opakovane vyšetrená neurológmi, absolvovala podávanie botoxu do SCM vľavo, farmakoterapiu Rivotrilom a Apaurinom, rehabilitačnú liečbu a magnetoterapiu bez výraznejšieho zlepšenia. Kardiologické vyšetrenie z marca 2012 z dôvodu atypických bolestí na hrudníku vylúčilo kardiálnu príčinu. Zdravotný stav navrhovateľky hodnotil ako dlhodobo nepriaznivý a zdravotné postihnutie bolo zvolené v položke príbuznej - záchvatovité ochorenia. Rozhodujúcim zdravotným postihnutím u navrhovateľky sú epileptické záchvaty a iné záchvatovité ochorenia, ťažká forma (kapitola VI., oddiel A, položka 4., písm. c) prílohy č. 4 zákona č. 461/2003 Z.z.), kde mieru poklesu schopnosti vykonávať zárobkovú činnosť posudkový lekár stanovil na 50%. Dátum vzniku invalidity stanovil od 19.5.2012, t.j. dňom skončenia jednoročného podporného obdobia. Navrhovateľka je invalidná podľa § 71 ods. 1 zákona č. 461/2003 Z.z. o sociálnom zabezpečení. Navrhovateľka môže vykonávať prácu bez nadmernej fyzickej záťaže, primeranú vysokoškolskému vzdelaniu na skrátený pracovný úväzok. Posudkový lekár Sociálnej poisťovne ústredie Bratislava v posudku zo dňa 13.12.2012 uviedol že navrhovateľka trpí na chorobu tortikolis. Konštatoval, že odborným neurologickým vyšetrením boli problémy navrhovateľky uzatvorené ako tortikolis - chorobný sklon hlavy do strany v.s. cervikálna distónia (pravdepodobne porucha napätia svalstva). Poukázal na to, že tortikolis je jednostranné svalové strnutie šije spôsobené jednostranným skrátením alebo kŕčom svalu - kývača hlavy, ktoré je buď vrodenej príčiny alebo zriedkavejšie sa vyskytuje ako získané napr. pri zápalových procesoch v krčnej oblasti, blokádach alebo úrazoch v oblasti krčnej chrbtice alebo pri niektorých chorobách centrálneho nervového systému. Rtg. vyšetrením krčnej chrbtice a vyšetrením mozgu magnetickou rezonanciou bola zistená osteochondróza v segmente C5/6 s blokom, mierny posun krčného stavca C5 o 2-3 mm oproti štvrtému krčnému stavcu, pričom podľa medicínskych kritérií nejde o patologický posun. Vyšetrením magnetickou rezonanciou mozgu neboli potvrdené žiadne ložiskové ani štrukturálne zmeny. Posledné neurologické vyšetrenie zo dňa 6.3.2012 stav diagnosticky uzavrelo ako iné deformujúce dorzopatie - M 43.6 Tortikolis a bola odporučená liečba iba vitamínmi. Z tohto dôvodu posudkový lekár zmenil druh rozhodujúceho zdravotného postihnutia navrhovateľky z kapitoly VI., oddiel A, položka 4.c. Rozhodujúcim zdravotným postihnutím u navrhovateľky sú degeneratívne zmeny na chrbtici a medzistavcových platničkách, s trvalým ťažkým postihnutím funkcie a často recidivujúcimi, dlhotrvajúcimi prejavmi dráždenia nervov a svalov s ťažkou poruchou statiky a dynamiky chrbtice, s výraznou poruchou svalového korzetu (kapitola XV., oddiel E, položka 3 písm. c) prílohy č. 4 zákona č. 461/2003 Z.z.), kde mieru poklesu schopnosti vykonávať zárobkovú činnosť posudkový lekár stanovil na 50%. Zotrval na dátume vzniku invalidity stanovil od 19.5.2012, t.j. dňom skončenia jednoročného podporného obdobia poberania nemocenských dávok. Atypické bolesti s pocitmi búšenia zdokumentované interným vyšetrením zo dňa 20.3.2013 sú posudkovo nevýznamné a nepodmieňujú zvýšenie percentuálne miery. Navrhovateľka je invalidná podľa § 71 ods. 1 zákona č. 461/2003 Z.z. o sociálnom zabezpečení. Navrhovateľka môže vykonávať prácu bez nadmernej fyzickej záťaže, primeranú vysokoškolskému vzdelaniu. Navrhovateľka pri výsluchu v súdnom konaní zotrvala na podanom návrhu a požadovala, aby jej zdravotný stav po posúdený za jej osobnej účasti. Súd doplnil dokazovanie zadovážením si posudku posudkového lekára Sociálnej poisťovne ústredie Bratislava, ktorý dňa 25.4.2013 za osobnej účasti navrhovateľky posúdil zdravotný stav a pracovnú schopnosť navrhovateľky a konštatoval, že navrhovateľka trpí na torticolis v.s. cervikálnu distóniu. Navrhovateľka vo februári 2011 začala mať tremor v oblasti krčnej chrbtice, v máji 2011, keď vstala z postele, mala hlavu vytočenú doprava a odvtedy tento stav pretrváva naďalej. Ochorenie veľmi málo ovplyvňuje psychoterapia, rehabilitácia a liečba u neurológa. Pomocné paraklinické vyšetrenia nepotvrdili závažné degeneratívne zmeny na krčnom segmente chrbtice, NMR vyšetrenie mozgu z augusta 2011 je v norme. Rozhodujúcim zdravotným postihnutím u navrhovateľky sú degeneratívne zmeny na chrbtici a medzistavcových platničkách s trvalým ťažkým postihnutím funkcie a často recidivujúcimi, dlhotrvajúcimi prejavmi dráždenia nervov a svalov, s ťažkou poruchou statiky a dynamiky chrbtice, s výraznou poruchou svalového korzetu (kapitola XV., oddiel E, položka 3 písm. c) prílohy č. 4 zákona č. 461/2003 Z.z.), kde mieru poklesu schopnosti vykonávať zárobkovú činnosť posudkový lekár stanovil na 50% a z posudkového hľadiska sa v plnom rozsahu stotožnil so zaradením rozhodujúceho ochorenia navrhovateľky do príslušnej kapitoly, oddielu a položky uvedeným v posudku posudkového lekára Sociálnej poisťovne ústredie Bratislava zo dňa 13.12.2012. Potvrdil stanovený dátum vzniku invalidity navrhovateľky od 19.5.2012, t.j. dňom skončenia jednoročného podporného obdobia poberania nemocenských dávok. Navrhovateľka je invalidná podľa § 71 ods. 1 zákona č. 461/2003 Z.z. o sociálnom zabezpečení. Navrhovateľka môže vykonávať prácu bez nadmernej fyzickej záťaže, primeranú dosiahnutému vysokoškolskému vzdelaniu, eventuálne rekvalifikácia. Odporkyňa po započítaní obdobia od 10. septembra 1999 do 31. decembra 1999, od 1. januára 2000 do 31. decembra 2000, od 1. januára 2001 do 31. decembra 2001, od 1. januára 2002 do 31. decembra 2002, od 1. januára 2003 do 31. augusta 2003 zmenovým rozhodnutím číslo XXX XXX XXXX zo dňa 10. septembra 2012 podľa 70 ods. 1, § 112 ods. 1 a § 82 zákona č. 461/2003 Z.z. o sociálnom poistení v znení neskorších predpisov zvýšila navrhovateľke od 19. mája 2012 invalidný dôchodok na sumu 110,90 eur mesačne. Navrhovateľka sa na vytýčené pojednávanie súdu dňa 2.10.2013 napriek riadnemu predvolaniu nedostavila, svoju neúčasť na ňom ospravedlnila, nepožiadala o odročenie tohto pojednávania a súhlasila, aby súd vec prejednal bez jej účasti, a preto súd podľa § 101 ods. 2 Občianskeho súdneho poriadku (ďalej len O.s.p.) vec prejednal v jej neprítomnosti. Zástupkyňa odporkyne vzhľadom na zhodné závery posudkov posudkových lekárov Sociálnej poisťovne ústredie Bratislava žiadala napadnuté rozhodnutie ako vecne správne potvrdiť. Posudkový lekár sociálneho poistenia Sociálnej poisťovne pobočka Bratislava ako aj dvaja posudkoví lekári sociálneho poistenia Sociálnej poisťovne ústredie Bratislava vo svojich vyššie uvedených posudkoch zohľadnili všetky navrhovateľkou uvádzané ťažkosti a vysporiadali sa s lekárskymi nálezmi nachádzajúcimi sa v zdravotnej dokumentácii navrhovateľky. U navrhovateľky sa ochorenie začalo prejavovať od mája 2011 s tým že odvtedy tento stav pretrváva naďalej, posledné neurologické vyšetrenie zo dňa 6.3.2012 stav diagnosticky uzavrelo ako iné deformujúce dorzopatie - M 43.6 tortikolis, pričom ochorenie veľmi málo ovplyvňuje psychoterapia, rehabilitácia a liečba u neurológa. Pomocné paraklinické vyšetrenia nepotvrdili závažné degeneratívne zmeny na krčnom segmente chrbtice, NMR vyšetrenie mozgu z augusta 2011 je v norme. Posudkoví lekári sociálnej poisťovne ústredie Bratislava zhodne určili, že rozhodujúcim zdravotným postihnutím u navrhovateľky sú degeneratívne zmeny na chrbtici a medzistavcových platničkách s trvalým ťažkým postihnutím funkcie a často recidivujúcimi, dlhotrvajúcimi prejavmi dráždenia nervov a svalov, s ťažkou poruchou statiky a dynamiky chrbtice, s výraznou poruchou svalového korzetu (kapitola XV., oddiel E, položka 3 písm. c) prílohy č. 4 zákona č. 461/2003 Z.z.), kde mieru poklesu schopnosti vykonávať zárobkovú činnosť posudkoví lekári stanovili na 50%. Dátum vzniku invalidity navrhovateľky stanovili od 19.5.2012, t.j. dňom skončenia jednoročného podporného obdobia poberania nemocenských dávok. Navrhovateľka je invalidná podľa § 71 ods. 1 zákona č. 461/2003 Z.z. o sociálnom zabezpečení. Zistenia posudkových lekárov neboli spochybnené ani v súdnom konaní. Atypické bolesti s pocitmi búšenia zdokumentované interným vyšetrením zo dňa 20.3.2013 sú posudkovo nevýznamné. Závery posudkov posudkových lekárov sú odborné, presvedčivé, náležite zdôvodnené a súd nezistil rozpor medzi ich závermi a zisteným skutočným stavom. Krajský súd preto z vyššie uvedených dôvodov napadnuté rozhodnutie číslo XXX XXX XXXX zo dňa 13. augusta 2012 v spojení so zmenovým rozhodnutím zo dňa 10, septembra 2012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https://www.kauzis.sk/judikatura/r/ECLI:SK:KSBA:2013:1012201624.3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