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8Sd/35/2012 z 9. 12. 2013</w:t>
      </w:r>
    </w:p>
    <w:p>
      <w:r>
        <w:t>Rozsudok Krajského súdu Bratislava z 9. decembra 2013, sp. zn. 8Sd/35/2012, ECLI:SK:KSBA:2013:1012201661.1</w:t>
      </w:r>
    </w:p>
    <w:p>
      <w:r>
        <w:t>Súd: Krajský súd Bratislava</w:t>
      </w:r>
    </w:p>
    <w:p>
      <w:r>
        <w:t>Spisová značka: 8Sd/35/2012</w:t>
      </w:r>
    </w:p>
    <w:p>
      <w:r>
        <w:t>ECLI: ECLI:SK:KSBA:2013:1012201661.1</w:t>
      </w:r>
    </w:p>
    <w:p>
      <w:r>
        <w:t>Dátum vydania: 9. 12.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8Sd/35/2012 Identifikačné číslo súdneho spisu: 1012201661 Dátum vydania rozhodnutia: 10. 12. 2013 Meno a priezvisko sudcu, VSÚ: JUDr. Peter Pospech ECLI: ECLI:SK:KSBA:2013:1012201661.1 ROZSUDOK V MENE SLOVENSKEJ REPUBLIKY Krajský súd v Bratislave pred samosudcom JUDr. Petrom Pospechom, v právnej veci navrhovateľa: C.. M. T., N.., O.. X.X.XXXX, V. E. X, XXX XX V., proti odporkyni: Sociálna poisťovňa - ústredie, Ul. 29. augusta č. 8, 813 63 Bratislava, právne zast. Elenou Balážovou, v spore o starobný dôchodok, takto r o z h o d o l : Súd napadnuté rozhodnutie odporkyne č. XXX XXX XXXX zo dňa 4.7.2012 p o t v r d z u j e . Navrhovateľovi súd náhradu trov konania nepriznáva. o d ô v o d n e n i e : Napadnutým rozhodnutím č. XXX XXX XXXX zo dňa 4.7.2012 bol navrhovateľovi podľa § 66 ods. 3 zákona od 1.6.2012 zvýšený starobný dôchodok na sumu XXX,XX,- Eur mesačne. Navrhovateľ v opravnom prostriedku namietal nízku sumu zvýšenia dôchodku, ktorá nezodpovedá počtu odpracovaných rokov a uhradených prostriedkov na starobné poistenie. Konkrétne námietky, v čom vidí nezákonnosť napadnutého rozhodnutia navrhovateľ neuviedol. K opravnému prostriedku navrhovateľa sa písomne vyjadril odporca svojim písomným podaním zo dňa 6.9.2012, v ktorom uviedol, že podmienky nároku na zvýšenie starobného dôchodku sú upravené v ust. § 66 ods. 3 zákona č. 461/2003 Z.z. o sociálnom poistení. Zvýšenie starobného dôchodku je podľa § 66 ods. 3 zákona určené ako súčin súčtu jednej polovice osobných mzdových bodov, získaných za obdobie dôchodkového poistenia počas poberania starobného dôchodku a aktuálnej dôchodkovej hodnoty platnej ku dňu nesledujúcemu po zániku dôchodkového poistenia. Zvýšenie starobného dôchodku za obdobie dôchodkového poistenia počas poberania starobného dôchodku je 58, 34907169 mesačne a je určené ako súčin súčtu jednej polovice osobných mzdových bodov 5,94295 a aktuálnej dôchodkovej hodnoty X,XXXX. M. 31.5.2012 sa navrhovateľovi vyplácal starobný dôchodok v sume XXX,XX,- Eur mesačne a spolu so zvýšením je suma starobného dôchodku navrhovateľa XXX,XX,- Eur a je určená súčtom sumy XXX,XX,- Eur a XX,XXXXX,- Eur. Vzhľadom na tieto skutočnosti odporca žiada napadnuté rozhodnutie potvrdiť ako vecne správne a vydané v súlade so zákonom. Krajský súd v Bratislave ako súd vecne a miestne príslušný na konanie podľa tretej hlavy piatej časti O.s.p. preskúmal napadnuté rozhodnutie v rozsahu dôvodov, ktoré uviedol navrhovateľ vo svojom opravnom prostriedku podľa § 244 O.s.p. a dospel k záveru, že opravný prostriedok navrhovateľa nie je dôvodný. z obsahu spisového materiálu zistil nasledovný skutkový a právny stav. Navrhovateľ žiadosťou zo dňa 26.6.2012 požiadal odporcu o zvýšenie starobného dôchodku za obdobie poistenia získané počas poberania starobného dôchodku za obdobie od 2.1.2004 do 31.5.2012. Podmienky nároku na zvýšenie a spôsob určenia sumy zvýšenia je upravený v ust. § 66 ods. 3 zákona č. 461/2003 Z.z. o sociálnom poistení, podľa ktorého zvýšenie starobného dôchodku podľa citovaného § 66 ods. 3 zákona o sociálnom poistení je určené ako súčin súčtu jednej polovice osobných mzdových bodov, získané za obdobie dôchodkového poistenia počas poberania starobného dôchodku a aktuálnej hodnoty platnej ku dňu ktorým nasleduje po dni zániku dôchodkového poistenia. Zvýšenie starobného dôchodku za obdobie dôchodkového poistenia počas poberania starobného dôchodku je XX,XXXXXXXX,- Eur mesačne a je určená ako súčin súčtu jednej polovice osobných mzdových bodov X,XXXXX/XXXXXX : X =. X,XXXXX a aktuálnej dôchodkovej hodnoty, ktorá je 9,88182. Na základe vyššie uvedeného sa navrhovateľovi vyplácal ku dňu 31.5.2012 starobný dôchodok v sume XXX,XX,- Eur mesačne a spolu so zvýšením je suma starobného dôchodku navrhovateľa XXX,XX,- Eur mesačne a je určená súčtom sumy XXX,XX,- Eur a 58,34907169. Navrhovateľ sa pojednávania v predmetnej veci nezúčastnil, avšak doručenie predvolania vykázal a preto súd po prijatí procesného uznesenia podľa § 101 ods. 2 O.s.p. konal a rozhodol v neprítomnosti navrhovateľa tak, že rozhodnutie odporcu č. XXX XXX XXXX zo dňa 4.7.2012 ako vecne správne potvrdil podľa § 250q ods. 2 O.s.p. Výrok o trovách konania konajúci súd oprel o skutočnosť, že navrhovateľ sa pojednávania v predmetnej veci nezúčastnil a náklady konania si neuplatnil a preto konajúci súd rozhodol, že navrhovateľovi trovy konania nepriznáva. Súčasne konajúci súd konštatoval neúspešnosť navrhovateľa v spore podľa § 250k a l O.s.p.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https://www.kauzis.sk/judikatura/r/ECLI:SK:KSBA:2013:1012201661.1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