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2S/304/2012 z 5. 2. 2013</w:t>
      </w:r>
    </w:p>
    <w:p>
      <w:r>
        <w:t>Uznesenie Krajského súdu Bratislava z 5. februára 2013, sp. zn. 2S/304/2012, ECLI:SK:KSBA:2013:1012201701.1</w:t>
      </w:r>
    </w:p>
    <w:p>
      <w:r>
        <w:t>Súd: Krajský súd Bratislava</w:t>
      </w:r>
    </w:p>
    <w:p>
      <w:r>
        <w:t>Spisová značka: 2S/304/2012</w:t>
      </w:r>
    </w:p>
    <w:p>
      <w:r>
        <w:t>ECLI: ECLI:SK:KSBA:2013:1012201701.1</w:t>
      </w:r>
    </w:p>
    <w:p>
      <w:r>
        <w:t>Dátum vydania: 5. 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2S/304/2012 Identifikačné číslo súdneho spisu: 1012201701 Dátum vydania rozhodnutia: 06. 02. 2013 Meno a priezvisko sudcu, VSÚ: JUDr. Marián Trenčan ECLI: ECLI:SK:KSBA:2013:1012201701.1 Uznesenie Krajský súd v Bratislave v právnej veci žalobcu: Y. T., nar. X.XX.XXXX, bytom L. 8, XXX XX L. U., proti žalovanému: Sociálna poisťovňa ústredie, Ulica 29. augusta 8, 813 63 Bratislava, o preskúmanie zákonnosti rozhodnutia žalovaného č. 31408-2/2012-BA zo dňa 13.7.2012, takto r o z h o d o l : Krajský súd v Bratislave p o s t u p u j e vec Krajskému súdu v Prešove. o d ô v o d n e n i e : Žalobou doručenou tunajšiemu súdu dňa 18.9.2012 sa žalobca domáhal preskúmania zákonnosti rozhodnutia žalovaného 31408-2/2012-BA zo dňa 13.7.2012, ktorým bolo potvrdené prvostupňové rozhodnutie Sociálnej poisťovne, pobočka Poprad č. 1488/2012-PP-DvN zo dňa 23.5.2012.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 uvedenej veci bolo zistené, že Krajský súd v Bratislave nie je miestne príslušným na konanie o podanej žalobe. Žalovaný - Sociálna poisťovňa, ústredie - je správnym orgánom s pôsobnosťou pre celé územie Slovenskej republiky, avšak nejde o ústredný orgán štátnej správy. Miestne príslušným je preto krajský súd, v ktorého obvode je všeobecný súd navrhovateľa. Keďže žalobca má bydlisko v Spišskom Štiavniku, jeho všeobecným súdom je Okresný súd Poprad, ktorý sa nachádza v obvode Krajského súdu v Prešove. Z tohto dôvodu tunajší súd rozhodol tak, ako je uvedené vo výrokovej časti tohto uznesenia a postúpil vec vecne a miestne príslušnému súdu. Poučenie: : Proti tomuto uzneseniu nie je prípustný opravný prostriedok.</w:t>
      </w:r>
    </w:p>
    <w:p/>
    <w:p>
      <w:r>
        <w:t>Zdroj: KAUZIS.SK – https://www.kauzis.sk/judikatura/r/ECLI:SK:KSBA:2013:1012201701.1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