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4Sp/129/2012 z 4. 4. 2013</w:t>
      </w:r>
    </w:p>
    <w:p>
      <w:r>
        <w:t>Uznesenie Krajského súdu Bratislava z 4. apríla 2013, sp. zn. 4Sp/129/2012, ECLI:SK:KSBA:2013:1012201715.1</w:t>
      </w:r>
    </w:p>
    <w:p>
      <w:r>
        <w:t>Súd: Krajský súd Bratislava</w:t>
      </w:r>
    </w:p>
    <w:p>
      <w:r>
        <w:t>Spisová značka: 4Sp/129/2012</w:t>
      </w:r>
    </w:p>
    <w:p>
      <w:r>
        <w:t>ECLI: ECLI:SK:KSBA:2013:1012201715.1</w:t>
      </w:r>
    </w:p>
    <w:p>
      <w:r>
        <w:t>Dátum vydania: 4. 4. 2013</w:t>
      </w:r>
    </w:p>
    <w:p>
      <w:r>
        <w:t>Forma: Uznesenie</w:t>
      </w:r>
    </w:p>
    <w:p>
      <w:pPr>
        <w:pStyle w:val="Heading2"/>
      </w:pPr>
      <w:r>
        <w:t>Text rozhodnutia</w:t>
      </w:r>
    </w:p>
    <w:p>
      <w:r>
        <w:t>Súd: Krajský súd Bratislava Spisová značka: 4Sp/129/2012 Identifikačné číslo súdneho spisu: 1012201715 Dátum vydania rozhodnutia: 05. 04. 2013 Meno a priezvisko sudcu, VSÚ: JUDr. Ľubomír Šramko ECLI: ECLI:SK:KSBA:2013:1012201715.1 Uznesenie Krajský súd v Bratislave v právnej veci navrhovateľky: pani Ľ. O., bytom Z. XX, O. U. O. X.. proti odporcovi: Centrum právnej pomoci, Kancelária Hlohovec, M. R. Štefánika 1, Hlohovec v konaní o opravnom prostriedku navrhovateľky zo dňa 18.9.2012 proti rozhodnutiu odporcu č.: N 1103/12 zo dňa 28.8.2012 takto r o z h o d o l : Krajský súd v Bratislave konanie z a s t a v u j e . Žiaden z účastníkov konania nemá právo na náhradu trov tohto konania. o d ô v o d n e n i e : Dňa 19.9.2012 bol konajúcemu Krajskému súdu v Bratislave (ďalej len „súd“) doručený návrh - opravný prostriedok z 18.9.2012, ktorým sa navrhovateľka domáhala zrušenia napadnutého rozhodnutia odporcu č. N 1103/12 zo dňa 28.8.2012, ktorým odporca odňal navrhovateľke nárok na poskytovanie právnej pomoci v konaní, vedenom na Okresnom súde Nové Mesto nad Váhom sp. zn. 11C/213/2011. Dňa 21.3.2013 doručila navrhovateľka súdu prípis, datovaný 18.3.2013 tohto znenia: „ Oznamujem Vám, že dňa 8.10.2012 bol súd ukončený. Nesúhlasím s tým, aby súd v danej veci prejednával proti odp. Centrum právnej pomoci Kancelária Hlohovec. Sp. zn..: N 1103/12“. Odporca doručil súdu uznesenie Okresného súdu Nové Mesto nad Váhom č.k.: 11C/213/2011-50 z 8.10.2012, ktorým bol schválený zmier, uzatvorený medzi navrhovateľkou a L. V..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41 ods. 2 O.s.p. každý úkon posudzuje súd podľa jeho obsahu, aj keď je úkon nesprávne označený.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Z obsahu podania navrhovateľky datovaného 18.3.2013 je zrejmé, že týmto podaním navrhovateľka zobrala svoj návrh - opravný prostriedok voči napadnutému rozhodnutiu odporcu späť. Pretože navrhovateľka po podaní návrhu - opravného prostriedku proti napadnutému rozhodnutiu odporcu zobrala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https://www.kauzis.sk/judikatura/r/ECLI:SK:KSBA:2013:1012201715.1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