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8Scud/14/2012 z 21. 10. 2013</w:t>
      </w:r>
    </w:p>
    <w:p>
      <w:r>
        <w:t>Uznesenie Krajského súdu Bratislava z 21. októbra 2013, sp. zn. 8Scud/14/2012, ECLI:SK:KSBA:2013:1012201800.1</w:t>
      </w:r>
    </w:p>
    <w:p>
      <w:r>
        <w:t>Súd: Krajský súd Bratislava</w:t>
      </w:r>
    </w:p>
    <w:p>
      <w:r>
        <w:t>Spisová značka: 8Scud/14/2012</w:t>
      </w:r>
    </w:p>
    <w:p>
      <w:r>
        <w:t>ECLI: ECLI:SK:KSBA:2013:1012201800.1</w:t>
      </w:r>
    </w:p>
    <w:p>
      <w:r>
        <w:t>Dátum vydania: 21.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8Scud/14/2012 Identifikačné číslo súdneho spisu: 1012201800 Dátum vydania rozhodnutia: 22. 10. 2013 Meno a priezvisko sudcu, VSÚ: JUDr. Peter Pospech ECLI: ECLI:SK:KSBA:2013:1012201800.1 Uznesenie Krajský súd v Bratislave v právnej veci navrhovateľa: R. Š., F. Y. L. L. X, XXX X V., C. C.,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došlým dňa 6.7.2012 na Sociálnu poisťovňu - ústredie žiadal preskúmať rozhodnutie odporkyne číslo XXX XXX XXXX, ktorým odporkyňa zamietla žiadosť navrhovateľa o invalidný dôchodok. Dňa 22.10.2013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https://www.kauzis.sk/judikatura/r/ECLI:SK:KSBA:2013:1012201800.1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