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6S/36/2012 z 1. 8. 2013</w:t>
      </w:r>
    </w:p>
    <w:p>
      <w:r>
        <w:t>Uznesenie Krajského súdu Bratislava z 1. augusta 2013, sp. zn. 6S/36/2012, ECLI:SK:KSBA:2013:1012201853.2</w:t>
      </w:r>
    </w:p>
    <w:p>
      <w:r>
        <w:t>Súd: Krajský súd Bratislava</w:t>
      </w:r>
    </w:p>
    <w:p>
      <w:r>
        <w:t>Spisová značka: 6S/36/2012</w:t>
      </w:r>
    </w:p>
    <w:p>
      <w:r>
        <w:t>ECLI: ECLI:SK:KSBA:2013:1012201853.2</w:t>
      </w:r>
    </w:p>
    <w:p>
      <w:r>
        <w:t>Dátum vydania: 1. 8.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6S/36/2012 Identifikačné číslo súdneho spisu: 1012201853 Dátum vydania rozhodnutia: 02. 08. 2013 Meno a priezvisko sudcu, VSÚ: JUDr. Petra Príbelská, PhD. ECLI: ECLI:SK:KSBA:2013:1012201853.2 Uznesenie Krajský súd v Bratislave v právnej veci žalobcov: 1/ K. P.F., bytom Y. XX, XXX XX B., 2/ Z.. F. P., bytom Y. XX, XXX XX B., právne zastúpení: JUDr. Anna Kubíková, advokátka so sídlom Hečkova 2, 831 51 Bratislava, proti žalovanému: Obec Budmerice, so sídlom 900 86 Budmerice 534, za účasti: U.. X. G., bytom S. XX, XXX XX A., o preskúmanie zákonnosti rozhodnutia žalovaného č. Výst. 184/09BU zo dňa 2.12.2009, jednohlasne, takto r o z h o d o l : Krajský súd v Bratislave konanie z a s t a v u j e . Žiaden z účastníkov nemá právo na náhradu trov konania. o d ô v o d n e n i e : Žalobou doručenou Krajskému súdu v Bratislave dňa 15.10.2012 sa žalobcovia domáhali preskúmania rozhodnutia žalovaného č. Výst. 184/09BU zo dňa 2.12.2009. Zároveň sa domáhali, aby súd uložil žalovanému povinnosť doručiť predmetné rozhodnutie žalobcom, nakoľko žalovaný so žalobcami ako účastníkmi stavebného konania nekonal. Rozhodnutie č. Výst. 184/09BU zo dňa 2.12.2009 je stavebným povolením, ktorým žalovaný povolil stavebníkovi U.. X. G. stavbu rodinného domu na pozemku s parc.č. XXXX/XX, zastavané plochy a nádvoria, pozemok registra ,,C“, zapísaný na LV č. XXX, k.ú. I.. Pred rozhodnutím vo veci samej žalobcovia svojím podaním doručeným súdu dňa 19.7.2013 oznámili, že berú svoju žalobu v celom rozsahu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žalobcovia vzali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https://www.kauzis.sk/judikatura/r/ECLI:SK:KSBA:2013:1012201853.2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