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5Sp/16/2012 z 25. 3. 2013</w:t>
      </w:r>
    </w:p>
    <w:p>
      <w:r>
        <w:t>Uznesenie Krajského súdu Bratislava z 25. marca 2013, sp. zn. 5Sp/16/2012, ECLI:SK:KSBA:2013:1012201931.2</w:t>
      </w:r>
    </w:p>
    <w:p>
      <w:r>
        <w:t>Súd: Krajský súd Bratislava</w:t>
      </w:r>
    </w:p>
    <w:p>
      <w:r>
        <w:t>Spisová značka: 5Sp/16/2012</w:t>
      </w:r>
    </w:p>
    <w:p>
      <w:r>
        <w:t>ECLI: ECLI:SK:KSBA:2013:1012201931.2</w:t>
      </w:r>
    </w:p>
    <w:p>
      <w:r>
        <w:t>Dátum vydania: 25. 3.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5Sp/16/2012 Identifikačné číslo súdneho spisu: 1012201931 Dátum vydania rozhodnutia: 26. 03. 2013 Meno a priezvisko sudcu, VSÚ: JUDr. Peter Pospech ECLI: ECLI:SK:KSBA:2013:1012201931.2 Uznesenie Krajský súd v Bratislave v právnej veci navrhovateľky: C.. R. O., V. D.M. X, XXX XX V., proti odporcovi: Centrum právnej pomoci, Námestie Slobody 12, P. O. BOX 18, 810 05 Bratislava, o preskúmanie rozhodnutia odporcu sp.zn. XN XXXX/XX (W..Č.. XXXX/XX) K. Y. XX.XX.XXXX, takto r o z h o d o l : Súd konanie z a s t a v u j e . Žiaden z účastníkov nemá právo na náhradu trov konania. o d ô v o d n e n i e : Navrhovateľka svojím návrhom zo dňa 16.10.2012 žiadala preskúmať rozhodnutie odporkyne číslo XN XXXX/XX (W..Č.. XXXX/XX) K. Y. XX.XX.XXXX, ktorým odporkyňa nepriznala navrhovateľke nárok na poskytovanie právnej pomoci z dôvodu vylúčenia bezúspešnosti sporu podľa § 6 ods. 1 písm. b/ zákona č. 327/2005 Z.z.. Dňa 26.03.2013 po vysvetlení predmetu sporu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https://www.kauzis.sk/judikatura/r/ECLI:SK:KSBA:2013:1012201931.2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