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6S/700/2012 z 23. 10. 2013</w:t>
      </w:r>
    </w:p>
    <w:p>
      <w:r>
        <w:t>Opravné uznesenie Krajského súdu Bratislava z 23. októbra 2013, sp. zn. 6S/700/2012, ECLI:SK:KSBA:2013:1012204579.4</w:t>
      </w:r>
    </w:p>
    <w:p>
      <w:r>
        <w:t>Súd: Krajský súd Bratislava</w:t>
      </w:r>
    </w:p>
    <w:p>
      <w:r>
        <w:t>Spisová značka: 6S/700/2012</w:t>
      </w:r>
    </w:p>
    <w:p>
      <w:r>
        <w:t>ECLI: ECLI:SK:KSBA:2013:1012204579.4</w:t>
      </w:r>
    </w:p>
    <w:p>
      <w:r>
        <w:t>Dátum vydania: 23. 10. 2013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6S/700/2012 Identifikačné číslo súdneho spisu: 1012204579 Dátum vydania rozhodnutia: 24. 10. 2013 Meno a priezvisko sudcu, VSÚ: JUDr. Petra Príbelská, PhD. ECLI: ECLI:SK:KSBA:2013:1012204579.4 Opravné uznesenie Krajský súd v Bratislave, v právnej veci žalobcu: POHOTOVOSŤ s.r.o., sídlom Pribinova 25, 811 09 Bratislava, IČO: 35 807 598, zastúpeného, Fridrich Paľko, s.r.o., sídlom Grösslingova 4, 811 09 Bratislava, IČO: 36 864 421 proti žalovanému: Ústavný súd Slovenskej republiky, sídlom Hlavná 110, 042 65 Košice, o preskúmanie zákonnosti rozhodnutia predsedníčky Ústavného súdu Slovenskej republiky, sp. zn.: Spr 758/2012. Inf 62/2012 zo dňa 26.7.2012 v spojitosti s rozhodnutím Ústavného súdu Slovenskej republiky, sp. zn.: Spr 758/2012. Inf 62/2012 zo dňa 11.7.2012, takto r o z h o d o l : Uznesenie Krajského súdu v Bratislave č.k. 6S/700/2012-16 zo dňa 27.9.2013 sa v odôvodnení opravuje tak, že prvý odsek na strane 1 má správne znieť: „Žalobca sa (prostredníctvom svojho právneho zástupcu) samostatne podanými žalobami (ďalej len žaloba) na Krajský súd v Bratislave dňa 9. októbra 2012 (utorok), z ktorých 191 bolo spojených na spoločné konanie uznesením krajského súdu č.k. 6S/700/2012 - 5 zo dňa 11.4.2013 domáhal, aby súd zrušil rozhodnutie predsedníčky Ústavného súdu SR zo dňa 26.7.2012, sp. zn.: Spr 758/2012. Inf 62/2012 a Ústavného súdu SR zo dňa 11.7.2012, sp. zn.: Spr 758/2012. Inf 62/2012, vrátil mu vec na ďalšie konanie a žalobcovi priznal náhradu trov konania.“ o d ô v o d n e n i e : Žalobca sa (prostredníctvom svojho právneho zástupcu) samostatne podanými žalobami na Krajský súd v Bratislave dňa 9. októbra 2012 (utorok), z ktorých 191 bolo spojených na spoločné konanie uznesením krajského súdu č.k. 6S/700/2012 - 5 zo dňa 11.4.2013 domáhal, aby súd zrušil rozhodnutie predsedníčky Ústavného súdu SR zo dňa 26.7.2012, sp. zn.: Spr 758/2012. Inf 62/2012 a Ústavného súdu SR zo dňa 11.7.2012, sp. zn.: Spr 758/2012. Inf 62/2012, vrátil mu vec na ďalšie konanie a žalobcovi priznal náhradu trov konania. Uznesením č.k. 6S/700/2012-16 zo dňa 27.9.2013 krajský súd konanie zastavil z dvoch dôvodov, a to pre oneskorene podanú žalobu a pre nezaplatenie súdneho poplatku. Krajský súd v Bratislave počas konania zistil, že je potrebné, aby uznesenie o zastavení konania korešpondovalo so skutočnosťou, že predmetom spojeného konania bolo rozhodovanie o 191 žalobách, čomu zodpovedá aj vyrubený súdny poplatok a preto inú zrejmú nesprávnosť nachádzajúcu sa v uznesení o zastavení konania č.k. 6S/700/2012 - 16 zo dňa 27.9.2013 opravil. Podľa § 246c ods. 1 veta prvá O.s.p., pre riešenie otázok, ktoré nie sú priamo upravené v tejto časti, sa použijú primerane ustanovenia prvej, tretej a štvrtej časti tohto zákona. Podľa § 167 ods. 2 O.s.p., ak nie je ďalej ustanovené inak, použijú sa na uznesenie primerane ustanovenia o rozsudku. Podľa § 164 veta prvá a druhá O.s.p, súd kedykoľvek aj bez návrhu opraví v rozsudku chyby v písaní a počítaní, ako aj iné zrejmé nesprávnosti. O oprave vydá opravné uznesenie, ktoré doručí účastníkom. Nakoľko v odôvodnení písomného vyhotovenia uznesenia došlo k inej zrejmej nesprávnosti (súd nevzal do úvahy, že predmetom spojeného konania bolo rozhodovanie o 191 žalobách), Krajský súd v Bratislave v zmysle § 164 O.s.p. uvedenú inú zrejmú nesprávnosť opravil tak, ako je uvedené vo výroku tohto uznesenia. Poučenie: Proti tomuto uzneseniu možno podať odvolanie do 15 dní odo dňa jeho písomného doručenia na Najvyšší súd Slovenskej republiky, prostredníctvom Krajského súdu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https://www.kauzis.sk/judikatura/r/ECLI:SK:KSBA:2013:1012204579.4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