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6S/702/2012 z 26. 9. 2013</w:t>
      </w:r>
    </w:p>
    <w:p>
      <w:r>
        <w:t>Uznesenie Krajského súdu Bratislava z 26. septembra 2013, sp. zn. 6S/702/2012, ECLI:SK:KSBA:2013:1012204584.2</w:t>
      </w:r>
    </w:p>
    <w:p>
      <w:r>
        <w:t>Súd: Krajský súd Bratislava</w:t>
      </w:r>
    </w:p>
    <w:p>
      <w:r>
        <w:t>Spisová značka: 6S/702/2012</w:t>
      </w:r>
    </w:p>
    <w:p>
      <w:r>
        <w:t>ECLI: ECLI:SK:KSBA:2013:1012204584.2</w:t>
      </w:r>
    </w:p>
    <w:p>
      <w:r>
        <w:t>Dátum vydania: 26. 9. 2013</w:t>
      </w:r>
    </w:p>
    <w:p>
      <w:r>
        <w:t>Forma: Uznesenie</w:t>
      </w:r>
    </w:p>
    <w:p>
      <w:pPr>
        <w:pStyle w:val="Heading2"/>
      </w:pPr>
      <w:r>
        <w:t>Text rozhodnutia</w:t>
      </w:r>
    </w:p>
    <w:p>
      <w:r>
        <w:t>Súd: Krajský súd Bratislava Spisová značka: 6S/702/2012 Identifikačné číslo súdneho spisu: 1012204584 Dátum vydania rozhodnutia: 27. 09. 2013 Meno a priezvisko sudcu, VSÚ: JUDr. Soňa Langová ECLI: ECLI:SK:KSBA:2013:1012204584.2 Uznesenie Krajský súd v Bratislave, v právnej veci žalobcu: POHOTOVOSŤ s.r.o., so sídlom Pribinova 25, 811 09 Bratislava, IČO: 35 807 598, zastúpeného, Fridrich Paľko, s.r.o., so sídlom Grösslingova 4, 811 09 Bratislava, IČO: 36 864 421, proti žalovanému: Ústavný súd Slovenskej republiky, so sídlom Hlavná 110, 042 65 Košice, o preskúmanie zákonnosti rozhodnutia predsedníčky Ústavného súdu Slovenskej republiky, sp. zn.: Spr 758/2012. Inf 62/2012 zo dňa 26.7.2012 v spojitosti s rozhodnutím Ústavného súdu Slovenskej republiky, sp. zn.: Spr 758/2012. Inf 62/2012 zo dňa 11.7.2012 takto r o z h o d o l : Krajský súd v Bratislave konanie z a s t a v u j e. Účastníci nemajú právo na náhradu trov konania. o d ô v o d n e n i e : Žalobca sa (prostredníctvom svojho právneho zástupcu) žalobou osobne podanou na tunajšom súde dňa 9. októbra 2012 (utorok) domáhal, aby súd zrušil rozhodnutie predsedníčky Ústavného súdu SR zo dňa 26.7.2012, sp. zn.: Spr 758/2012. Inf 62/2012 a Ústavného súdu SR zo dňa 11.7.2012, sp. zn.: Spr 758/2012. Inf 62/2012, vrátil mu vec na ďalšie konanie a žalobcovi priznal náhradu trov konania. Z dôvodov žaloby vyplýva, že Ústavný súd SR ako povinná osoba podľa § 2 ods. 1 zákona č. 211/2000 Z.z. o slobodnom prístupe k informáciám v znení neskorších predpisov (ďalej v texte len „info zákon“) rozhodol o individualizovanej žiadosti žalobcu tak, že žiadosti nevyhovel, požadovanú informáciou odmietol poskytnúť a to s poukazom na § 11 ods. 1 písm. d) info zákona. Žalobca žiadal žiadosťou o poskytnutie informácie evidenčného charakteru - spisovej značky Rvp a to vo vzťahu ku konaniu vedenému pred Ústavným súdom SR podľa čl. 127 ods. 1 Ústavy SR o ústavnej sťažnosti žalobcu, kde na strane porušovateľa vystupuje príslušný okresný súd. O špecifikovanej individualizovanej žiadosti o sprístupnenie informácie rozhodol Ústavný súd SR súhrnne, a to jedným vyššie identifikovaným rozhodnutím čo pre rozpor s ustanovením § 18 ods. 2 a § 18 ods. 1 info zákona, nie je možné a preto je rozhodnutie zo dňa 11. 7. 2012 nulitným právnym aktom. Z opatrnosti žalobca podal proti odmietnutiu individualizovanej žiadosti poskytnúť požadovanú informáciu odvolanie, o ktorom rozhodla predsedníčka Ústavného súdu SR rozhodnutím zo dňa 26.7.2012 tak, že odvolanie zamietla a prvostupňové rozhodnutie Ústavného súdu SR potvrdila.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Lehota upravená v ustanovení § 250b ods. 1 O.s.p. je lehotou procesnoprávnou. Jej nedodržanie predstavuje neodstrániteľný nedostatok, ktorý má za následok, že súd musí konanie zastaviť. V zmysle judikatúry Najvyššieho súdu Slovenskej republiky (R 40/1997) „oneskorene podanou žalobou“ podľa § 250b ods. 1 O.s.p. treba rozumieť, že žaloba bola podaná po dvoch mesiacoch od doručenia rozhodnutia správneho orgánu v poslednom stupni. Zo spisu je zrejmé, že žalobca podal žalobu na súd osobne dňa 9. októbra 2012. Žaloba bola podaná oneskorene, lebo napadnuté rozhodnutie zo dňa 26.7.2012, sp. zn.: Spr 758/2012. Inf 62/2012, bolo podľa pripojenej poštovej doručenky žalobcovi (jeho právnemu zástupcovi) doručené dňa 6. augusta 2012. Posledným dňom lehoty dvoch mesiacov by mal byť podľa § 250b v spojení s § 57 ods. 2 O.s.p., deň 6. október 2012. Keďže 6. október 2012 pripadol na sobotu, posledným dňom lehoty bol nasledujúci pracovný deň, t.j. pondelok 8. október 2012. Dvojmesačná lehota podľa § 250b ods. 1 O.s.p., ktorej zmeškanie nemožno odpustiť teda uplynula dňa 8. októbra 2012 (pondelok). Žaloba bola podaná osobne na súd až dňa 9. októbra 2012 (utorok). Vzhľadom na skutočnosť, že žalobca podal žalobu proti rozhodnutiu žalovaného po uplynutí zákonom stanovenej lehoty, jeho žaloba bola podaná oneskorene. Ďalším dôvodom zastavenia konania (okrem oneskorene podanej žaloby) bolo nezaplatenie súdneho poplatku zo strany žalobcu.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sadzobníka súdnych poplatkov (v čase vzniku poplatkovej povinnosti -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e) Za konanie o opravnom prostriedku proti rozhodnutiu správneho orgánu, ak rozhodol okresný súd alebo krajský súd f) Za konanie o opravnom prostriedku proti rozhodnutiu správneho orgánu, ak rozhodol Najvyšší súd Slovenskej republiky g) Za konanie o opravnom prostriedku proti rozhodnutiu správneho orgánu vo veciach regulácie v oblasti vysielania, retransmisie a poskytovania audiovizuálnych mediálnych služieb, ak rozhodol Najvyšší súd Slovenskej republiky h) Za konanie o opravnom prostriedku proti rozhodnutiu o odmietnutí registrácie politickej strany alebo hnutia Podľa položky 10 písm. a) sadzobníka súdnych poplatkov, poplatok sa platí z návrhu na preskúmanie zákonnosti rozhodnutia orgánu verejnej správy na základe žaloby, ak v písmenách b) až d) nie je ustanovené inak. Tento poplatok činí 70,- eur. Zo súdneho spisu vyplýva, že žalobca bol vyzvaný na zaplatenie súdneho poplatku výzvou doručenou právnemu zástupcovi žalobcu dňa 29.5.2013. Žalobca na túto výzvu na zaplatenie súdneho poplatku reagoval podaním označeným ako odvolanie proti výzve/uzneseniu doručeným tunajšiemu súdu dňa 12.6.2013.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ZSP). Súd bol povinný postupovať podľa ZSP, ktorý je vo vzťahu k O.s.p. lex specialis. Proti výzve na zaplatenie súdneho poplatku nie je prípustné odvolanie, pretože výzva nie je rozhodnutím. Odvolanie je prípustné až proti tomuto uzneseniu o zastavení konania. Aj v prípade, ak by bolo možné charakterizovať podanie žalobcu označené ako odvolanie voči výzve/ uzneseniu za odvolanie proti procesnému úkonu súdu, v súlade s ust. § 209 ods. 2 O.s.p. predmetné podanie netvorilo prekážku pre konečné rozhodnutie tunajšieho súdu vo veci. Pokiaľ ide o argument žalobcu ohľadom položky 10 písm. a) sadzobníka súdnych poplatkov a síce, že Ústavný súd nie je orgánom verejnej správy a teda nemá poplatkovú povinnosť, krajský súd uvádza, že Ústavný súd SR je síce orgánom verejnej moci, avšak v tomto konkrétnom prípade rozhodoval podľa info zákona, teda v prenesenej kompetencii ako orgán verejnej správy. V prípade, ak by Ústavný súd SR rozhodoval ako orgán verejnej moci, nebolo by jeho rozhodnutie preskúmateľné v správnom súdnictve správnym súdom, tak ako sa toho dožadoval žalobca postupom podľa piatej časti, druhej hlavy O.s.p.. Podľa § 19 info zákona,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info zákonom a obrátil sa na správny súd o preskúmanie rozhodnutia žalovaného, ktorý rozhodoval podľa info zákona v prenesenej kompetencii ako orgán verejnej správy. Nebolo teda možné aplikovať na tento prípad rozhodnutie Najvyššieho súdu SR, sp. zn. 4 Cdo 39/2007 zo dňa 29.3.2007, na ktoré sa odvoláva žalobca. Názor súdu, že súdy okrem výkonu verejnej moci vykonávajú aj prenesenú kompetenciu orgánov verejnej správy, podporuje aj ust. § 10 ods. 4 ZSP, ktoré sa zmieňuje o postupe pri návrhoch na vykonanie poplatkového úkonu orgánov štátnej správy súdov. Záverom ešte poukazuje krajský súd na to, že poplatková povinnosť žalobcu vznikla aj napriek oneskorene podanej žalobe, pretože splatnosť súdneho poplatku nastáva už podaním žaloby (aj oneskorene podanej), pričom ZSP v § 11 ods. 3 veta tretia uvádza len dva prípady vrátenia súdneho poplatku v správnom súdnictve, a to späťvzatie žaloby pred prejednaním veci alebo ak bolo konanie zastavené z dôvodu, že účastník nebol v konaní riadne zastúpený. V tomto konkrétnom prípade bolo však konanie zastavené z dvoch dôvodov, a to pre oneskorene podanú žalobu a pre nezaplatenie súdneho poplatku. Súd v tomto prípade rozhodoval bez nariadenia pojednávania, pričom je potrebné zdôrazniť, že zastavenie konania pre oneskorene podanú žalobu zakladá prekážku právoplatne rozhodnutej veci (samozrejme až keď zastavenie konania z tohto dôvodu nadobudne právoplatnosť). Z vyššie uvedených (dvoch) dôvodov súd konanie podľa § 250d ods. 3 O.s.p. zastavil. O náhrade trov konania súd rozhodol podľa § 146 ods. 1 písm. c) O.s.p. s použitím ustanovenia § 246c O.s.p. tak, že žiaden z účastníkov nemá právo na náhradu trov konania, nakoľko konanie vo veci bolo zastavené a pre iný postup nebol daný dôvod.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https://www.kauzis.sk/judikatura/r/ECLI:SK:KSBA:2013:1012204584.2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