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5Sd/321/2012 z 10. 12. 2013</w:t>
      </w:r>
    </w:p>
    <w:p>
      <w:r>
        <w:t>Rozsudok Krajského súdu Bratislava z 10. decembra 2013, sp. zn. 5Sd/321/2012, ECLI:SK:KSBA:2013:1012205496.2</w:t>
      </w:r>
    </w:p>
    <w:p>
      <w:r>
        <w:t>Súd: Krajský súd Bratislava</w:t>
      </w:r>
    </w:p>
    <w:p>
      <w:r>
        <w:t>Spisová značka: 5Sd/321/2012</w:t>
      </w:r>
    </w:p>
    <w:p>
      <w:r>
        <w:t>ECLI: ECLI:SK:KSBA:2013:1012205496.2</w:t>
      </w:r>
    </w:p>
    <w:p>
      <w:r>
        <w:t>Dátum vydania: 10. 12. 2013</w:t>
      </w:r>
    </w:p>
    <w:p>
      <w:r>
        <w:t>Forma: Rozsudok</w:t>
      </w:r>
    </w:p>
    <w:p>
      <w:r>
        <w:t>Oblasť práva: Správne právo</w:t>
      </w:r>
    </w:p>
    <w:p>
      <w:pPr>
        <w:pStyle w:val="Heading2"/>
      </w:pPr>
      <w:r>
        <w:t>Text rozhodnutia</w:t>
      </w:r>
    </w:p>
    <w:p>
      <w:r>
        <w:t>Súd: Krajský súd Bratislava Spisová značka: 5Sd/321/2012 Identifikačné číslo súdneho spisu: 1012205496 Dátum vydania rozhodnutia: 11. 12. 2013 Meno a priezvisko sudcu, VSÚ: JUDr. Milota Tóthová ECLI: ECLI:SK:KSBA:2013:1012205496.2 ROZSUDOK V MENE SLOVENSKEJ REPUBLIKY Krajský súd v Bratislave samosudkyňou JUDr. Milotou Tóthovou v právnej veci navrhovateľa S. Ž., bytom Š. XX, N., prechodne bytom H. X, N., proti odporkyni Sociálnej poisťovni ústredie v Bratislave, Ul. 29. augusta č. 8, Bratislava, o invalidný dôchodok, takto r o z h o d o l : Súd rozhodnutie odporkyne číslo XXX XXX XXXX zo dňa 19. júna 2012 v spojení so zmenovým rozhodnutím číslo XXX XXX XXXX X zo dňa 23. mája 2013 p o t v r d z u j e . Účastníkom náhradu trov konania nepriznáva. o d ô v o d n e n i e : Rozhodnutím číslo XXX XXX XXXX zo dňa 19. júna 2012 odporkyňa podľa § 70 ods. 1 a § 82 zákona č. 461/2003 Z.z. o sociálnom poistení v znení neskorších predpisov priznala navrhovateľovi od 14. februára 2012 invalidný dôchodok v sume 107,40 eur mesačne. Rozhodla tak s odôvodnením, že podľa posudku posudkového lekára sociálneho poistenia Sociálnej poisťovne, pobočka Bratislava zo dňa 24. apríla 2012 navrhovateľ bol uznaný za invalidného, miera poklesu schopnosti vykonávať zárobkovú činnosť u navrhovateľa je 45%. Rozhodnutím číslo XXX XXX XXXX X zo dňa 23. mája 2013 odporkyňa podľa § 70 ods. 1, § 112 a § 82 zákona č. 461/2003 Z.z. o sociálnom poistení v znení neskorších predpisov navrhovateľovi od 10. apríla 2012 zvýšila invalidný dôchodok na sumu 109,30 eur mesačne, zvýšený od 1. januára 2013 na sumu 115,20 eur mesačne. Rozhodla tak s odôvodnením, že suma invalidného dôchodku sa upravila po zaplatení celej sumy dlžného poistného na dôchodkové poistenie za obdobie od 1. júla 1998 do 30. júna 1999, za ktoré navrhovateľ včas a v správnej sume nezaplatil poistné na dôchodkové poistenie a uvedené obdobie sa podľa § 78 ods. 1 zákona č. 461/2003 Z.z. v znení zákona č. 310/2006 Z.z. započítalo ako obdobie dôchodkového poistenia odo dňa zaplatenia celej sumy dlžného poistného na dôchodkové poistenie, od 10. apríla 2012. Navrhovateľ návrhom zo dňa 18.8.2012 žiadal preskúmať rozhodnutie odporkyne číslo XXX XXX XXXX zo dňa 19. júna 2012 a namietal, že nebol posudkovým lekárom hodnotený jeho trombofilný stav a následné zdravotné problémy s tým spojené. Mal za to, že trombóza je zdravotné postihnutie a uviedol, že je pod pravidelným lekárskym dohľadom. Taktiež namietal, že napriek jeho upozorneniam nie je uvedené skrátenie ľavej nohy, je uvedené iba skrátenie ľavej ruky, ktoré nebolo taktiež zohľadnené pri hodnotení jeho zdravotného stavu, pričom následkom tohto postihnutia došlo k vzniku bolestivej skoliózy a tým aj k výraznému skráteniu šľachy, čo poukazuje na dlhodobé zdravotné ťažkosti. Poukazoval aj na to, že nebolo vyhovené jeho žiadosti o uznanie invalidity tri roky spätne a žiadal aby bolo akceptované, že jeho zdravotný stav trvá od doby pred rokom 2009. Ďalej namietal, že mu nebolo započítané obdobie od 1. júla 1998 do 31.12.2000 z dôvodu, že nemá zaplatené poistné a uviedol, že odporkyňa neevidovala k dátumu podania návrhu voči nemu žiadnu pohľadávku a ani iný nesplnený záväzok. Odporkyňa v písomných vyjadreniach zo dňa 5.11.2012 a 30.5.2013 uviedla, že zdravotný stav navrhovateľa bol posúdený posudkovým lekárom Sociálnej poisťovne pobočka Bratislava ako aj posudkovým lekárom Sociálnej poisťovne ústredie Bratislava, ktorí zotrvali na pôvodnom posudku, že navrhovateľ je od 14.2.2012 invalidný podľa ustanovenia § 71 ods. 1 zákona č. 461/2003 Z.z. o sociálnom poistení s mierou poklesu schopnosti vykonávať zárobkovú činnosť 45% v porovnaní so zdravou fyzickou osobou. Ďalej uviedla, že na základe oznámenia výberu poistného odporkyne bol navrhovateľ evidovaný ako samostatne zárobkovo činná osoba od 20. júna 1994 do 31.12.1995 a od 16.9.1996 do 31.12.2000. Navrhovateľ za roky 1998, 1999, 2000, 2002, 2003 a 2004 nepredložil daňové priznania a daňový úrad oznámil, že do 13.4.2012 nepodal za uvedené roky daňové priznania. Poukázala na to, že z uvedeného dôvodu od júla 1999 až do decembra 2000 odvodová povinnosť navrhovateľovi nevznikla a bol k 31.12.2000 odhlásený z poistenia. Navrhovateľ doplatil poistné za júl 1998 až 30. jún 1999, na základe čoho boli vyhotovené pobočkou Sociálnej poisťovne evidenčné listy dôchodkového poistenia, na základe ktorých bolo vydané rozhodnutie zo dňa 23. mája 2013. Napadnuté rozhodnutie číslo XXX XXX XXXX zo dňa 19. júna 2012 v spojení so zmenovým rozhodnutím číslo XXX XXX XXXX X zo dňa 23. mája 2013 žiadala ako vecne správne potvrdiť. Krajský súd preskúmal napadnuté rozhodnutie číslo XXX XXX XXXX zo dňa 19. júna 2012 v spojení so zmenovým rozhodnutím číslo XXX XXX XXXX X zo dňa 23. mája 2013 podľa § 250l a nasl. O.s.p., prejednal návrh navrhovateľa a dospel k záveru, že návrh nie je dôvodný. Krajský súd vykonal dokazovanie výsluchom účastníkov konania, posudkom posudkového lekára Sociálnej poisťovne pobočky Bratislava zo dňa 24.4.2012 a posudkom posudkového lekára Sociálnej poisťovne ústredie Bratislava zo dňa 30.10.2012, doplňujúcim odborným vyjadrením posudkového lekára Sociálnej poisťovne ústredie Bratislava zo dňa 6.11.2013, oboznámil sa s posudkovým spisom odporkyne a zistil tento skutkový stav. Podľa § 70 ods. 1 zákona č. 461/2003 Z.z. o sociálnom poistení v znení neskorších predpisov poistenec má nárok na invalidný dôchodok, ak sa stal invalidný, získal počet rokov dôchodkového poistenia uvedený v § 72 a ku dňu vzniku invalidity nespĺňa podmienky nároku na starobný dôchodok alebo mu nebol priznaný predčasný starobný dôchodok. Podľa § 71 ods. 1 zákona č. 461/2003 Z.z. o sociálnom poistení poistenec je invalidný, ak pre dlhodobo nepriaznivý zdravotný stav má pokles schopnosti vykonávať zárobkovú činnosť o viac ako 40% v porovnaní so zdravou fyzickou osobou. Podľa § 71 ods. 2 cit. zákona dlhodobo nepriaznivý zdravotný stav je taký zdravotný stav, ktorý spôsobuje pokles schopnosti vykonávať zárobkovú činnosť a ktorý má podľa poznatkov lekárskej vedy trvať dlhšie ako jeden rok. Podľa § 71 ods. 3 cit. zákona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Pri posudzovaní poklesu schopnosti vykonávať zárobkovú činnosť sa neprihliada na zdravotné postihnutia, ktoré boli zohľadnené na nárok na invalidný výsluhový dôchodok podľa osobitného predpisu. Podľa § 71 ods. 4 cit. zákona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Podľa § 71 ods. 6 cit. zákona miera poklesu schopnosti vykonávať zárobkovú činnosť v percentách sa určuje podľa druhu zdravotného postihnutia, ktoré je rozhodujúcou príčinou dlhodobo nepriaznivého zdravotného stavu, a so zreteľom na závažnosť ostatných zdravotných postihnutí. Podľa § 71 ods. 7 cit. zákona jednotlivé percentuálne miery poklesu schopnosti vykonávať zárobkovú činnosť sa nesčítavajú. Podľa § 71 ods. 8 cit. zákona mieru poklesu schopnosti vykonávať zárobkovú činnosť určenú podľa odseku 6 možno zvýšiť najviac o 10%, ak závažnosť ostatných zdravotných postihnutí ovplyvňuje pokles schopnosti vykonávať zárobkovú činnosť. Na určenie zvýšenia hodnoty sa vychádza z predchádzajúceho výkonu zárobkovej činnosti, dosiahnutého vzdelania, skúsenosti a schopnosti rekvalifikácie. Obdobne to platí, ak pokles schopnosti vykonávať zárobkovú činnosť je dôsledkom viacerých zdravotných postihnutí podmieňujúcich dlhodobo nepriaznivý zdravotný stav. Hodnotenie miery zhoršenia zdravotného stavu vyžaduje odborné lekárske znalosti a vo veciach dôchodkového poistenia je podľa zákona č. 461/2003 Z.z. o sociálnom poistení lekárska posudková činnosť dôchodkového poistenia zverená posudkovému lekárovi sociálneho poistenia príslušnej pobočky a posudkovému lekárovi sociálneho poistenia ústredia (153 ods. 5 zákona č. 461/2003 Z.z.). Podľa § 78 ods. 1 zákona č. 461/2003 Z.z. v znení zákona č. 310/2006 Z.z. povinne dôchodkovo poistenej samostatne zárobkovo činnej osobe a dobrovoľne dôchodkovo poistenej osobe, ktoré nezaplatili včas a v správnej sume poistné na dôchodkové poistenie za obdobie, za ktoré boli povinné platiť poistné na dôchodkové poistenie, sa toto obdobie započíta na nárok na starobný dôchodok, predčasný starobný dôchodok a invalidný dôchodok a na určenie ich sumy ako obdobie dôchodkového poistenia odo dňa, v ktorom bola zaplatená celá suma dlžného poistného na dôchodkové poistenie. To platí aj na nárok na vdovský dôchodok, vdovecký dôchodok a sirotský dôchodok po fyzickej osobe uvedenej v prvej vete a na určenie ich sumy, ak vdova, vdovec alebo sirota zaplatili dlžnú sumu poistného na dôchodkové poistenie po fyzickej osobe uvedenej v prvej vete. Na účely určenia sumy starobného dôchodku alebo invalidného dôchodku zomretého poistenca sa poistné zaplatené podľa druhej vety považuje za zaplatené ku dňu jeho smrti. Podľa § 112 ods. 4 cit. zákona výplata dávky sa zastaví, uvoľní alebo sa dávka vypláca v nižšej sume alebo vo vyššej sume, ak sa zmenia skutočnosti rozhodujúce na nárok na výplatu dávky. Na základe žiadosti navrhovateľa o invalidný dôchodok zdravotný stav a pracovná schopnosť navrhovateľa boli posúdené posudkovým lekárom Sociálnej poisťovne pobočka Bratislava dňa 24.4.2012, ktorý uviedol, že navrhovateľ trpí na koxatrózu - artrózu bedrového kĺbu. Navrhovateľ je od narodenia v liečbe neurológa a ortopéda pre vrodenú dyspláziu oboch bedrových kĺbov. V poslednom období došlo k výraznému zhoršeniu hybnosti bedrových kĺbov s bolesťami pri chôdzi. Rozhodujúcim zdravotným postihnutím u navrhovateľa je obmedzenie pohybu bedrových kĺbov stredného stupňa obojstranné (kapitola XV., oddiel G, položka 41.2, písm. b) prílohy č. 4 zákona č. 461/2003 Z.z.), kde mieru poklesu schopnosti vykonávať zárobkovú činnosť posudkový lekár stanovil na 45%. Dátum vzniku invalidity stanovil od 14.2.2012, t.j. dňom, kedy bola zdokumentovaná miera funkčného postihnutia oboch dolných končatín. Navrhovateľ je invalidný podľa § 71 ods. 1 zákona č. 461/2003 Z.z. o sociálnom zabezpečení. Navrhovateľ môže vykonávať prácu bez nadmernej fyzickej záťaže, dlhodobého státia a dvíhania ťažkých bremien, napr. prácu v administratíve. Posudkový lekár Sociálnej poisťovne ústredie Bratislava v posudku zo dňa 30.10.2012 uviedol že navrhovateľ trpí na koxatrózu - artrózu bedrových kĺbov, bolesť chrbta - dorzalgiu a trombózu žíl pravého predkolenia - stav v roku 2005. Konštatoval, že u navrhovateľa je anamnéza ortopedického ochorenia v zmysle artrózy oboch bedrových kĺbov, ktorá sa rozvinula na základe vrodenej luxácie bedrových kĺbov. Navrhovateľovi bol v roku 1971 a 1972 vykonaný operačný zákrok na bedrových kĺboch. Ortopedické vyšetrenie zo dňa 14.2.2012 potvrdilo aj na základe paraklinických vyšetrení, že sa jedná o postdysplastickú artrózu oboch bedrových kĺbov vľavo III. stupňa a vpravo II. - III. stupňa. Navrhovateľ v roku 2005 prekonal trombózu tibiálnej artézie vpravo, ochorenie bolo liečené ambulantne a naďalej je aplikovaná koagulačná liečba, pretože už pred rokom 2005 mal opakované povrchové zápaly žíl na pravej nohe, kde sú varixy. U navrhovateľa bol potvrdený vrodený trombofilný stav, čo potvrdzuje napr. cievne vyšetrenie zo dňa 12.3.2012, pričom dané ochorenie je liečbou stabilizované, bez rozvoja komplikácií a bez výrazných prejavov chronickej žilovej nedostatočnosti na nohách a preto toto ochorenie nepodmieňuje zvýšenie percentuálnej miery pre iné zdravotné postihnutie. Uviedol, že bolesti chrbtice - dorzalgie sú adekvátne artróze oboch bedrových kĺbov. Ohľadom možnosti spätného uznania invalidity od 24.4.2009 posudkový lekár zaujal stanovisko, že toto je z posudkového a klinického hľadiska bezpredmetné, nakoľko neboli zdokladované žiadne odborné ani prepúšťacie správy, ktoré by potvrdili že zdravotný stav navrhovateľa bol od uvedeného obdobia dlhodobo nepriaznivý. Rozhodujúcim zdravotným postihnutím u navrhovateľa je obmedzenie pohybu bedrových kĺbov stredného stupňa obojstranné (kapitola XV., oddiel G, položka 41.2, písm. b) prílohy č. 4 zákona č. 461/2003 Z.z.), kde mieru poklesu schopnosti vykonávať zárobkovú činnosť posudkový lekár stanovil na 45%. Potvrdil dátum vzniku invalidity od 14.2.2012, t.j. dňom jediného ortopedického vyšetrenia zo dňa 14.2.2012. Navrhovateľ je invalidný podľa § 71 ods. 1 zákona č. 461/2003 Z.z. o sociálnom zabezpečení. Navrhovateľ môže vykonávať prácu bez nadmernej fyzickej záťaže, napr. prácu v administratíve. Navrhovateľ pri výsluchu v súdnom konaní zotrval na podanom návrhu. Zároveň predložil aj doklad vystavený Sociálnou poisťovňou pobočka Bratislava o zaplatení poistného aj v období od 1.7.1998 do 31.12.2000. V priebehu súdneho konania doložil nové lekárske nálezy. Súd doplnil dokazovanie zadovážením si doplňujúceho odborného vyjadrenia posudkového lekára Sociálnej poisťovne ústredie Bratislava, ktorý dňa 6.11.2013 po vyhodnotení doložených nových dokladov a to rozhodnutia obvodného národného výboru, posudkovej komisie sociálneho zabezpečenia zo dňa 8.7.1988, rozhodnutia obvodného národného výboru, posudkovej komisie sociálneho zabezpečenia zo dňa 6.12.1979, preukazu o neschopnosti na vojenskú činnú službu zo dňa 10.2.1986, výňatku z Prílohy č. 4 k zákonu č. 461/2003 Z.z., oddiel B a nových lekárskych nálezov a to ortopedického vyšetrenia zo dňa 6.5.2013, rádiologického vyšetrenia oboch bedrových kĺbov zo dňa 7.5.2013, cievneho vyšetrenia zo dňa 10.6.2013 a RTG snímok oboch bedrových kĺbov konštatoval, že z posudkového a klinického hľadiska odborné vyšetrenia nezdokladovali zhoršenie zdravotného stavu navrhovateľa, nakoľko ortopedické vyšetrenie zo dňa 6.5.2013 potvrdilo známy súbor diagnóz a neboli nezdokladované žiadne nové skutočnosti o zdravotnom stave navrhovateľa resp. o jeho zhoršení, cievne vyšetrenie zo dňa 10.6.2013 nepotvrdilo progresiu posttrombotického syndrómu, neboli potvrdené chronické komplikácie ochorenia typu tvorby vredov, parciálneho uzáveru žíl na nohách, nepriechodnosť alebo kompletný uzáver, ktorý by si vynútil chirurgickú intervenciu a ako aj po Doplerovom vyšetrení nepotvrdilo nález trombov eventuálne parciálny alebo úplný uzáver niektorých zo žíl dolných končatín a nejedná sa o závažné hematologické ochorenie s rozvojom komplikácií. Zotrval na posudkovom závere uvedenom v posudku zo dňa 30.10.2012 s tým, že potvrdil stanovený dátum vzniku invalidity navrhovateľa od 14.2.2012, nakoľko doložené doplňujúce doklady nepodmieňujú spätné uznanie invalidity navrhovateľa. Odporkyňa po zaplatení celej sumy dlžného poistného na dôchodkové poistenie za obdobie samostatnej zárobkovej činnosti od 1.7.1988 do 30.6.1999, ktorá bola uhradená dňa 10.4.2012 zmenovým rozhodnutím číslo XXX XXX XXXX X zo dňa 23. mája 2013 podľa § 70 ods. 1, § 112 a § 82 zákona č. 461/2003 Z.z. o sociálnom poistení v znení neskorších predpisov zvýšila navrhovateľovi od 10. apríla 2012 invalidný dôchodok na sumu 109,30 eur mesačne, ďalej zvýšený od 1. januára 2013 na sumu 115,20 eur mesačne. Navrhovateľ zotrval na podanom návrhu, potvrdil, že nemá k dispozícii staršie lekárske nálezy a trval na tom, že doložené rozhodnutia obvodného národného výboru, posudkovej komisie sociálneho zabezpečenia Bratislava I. z roku 1978 a 1979 preukazujú skutočnosť, že už vtedy mal zdravotné problémy a všetky lekárske nálezy z toto času boli podkladom pre vydané rozhodnutia. Taktiež trval na tom, že mali byť zhodnotené aj jeho zdravotné problémy súvisiace s trombózou ako dôvod pre zvýšenie percentuálnej miery poklesu schopnosti vykonávať zárobkovú činnosť pre iné zdravotné postihnutie. Zároveň uviedol, že voči zhodnoteniu jeho doby poistenia ako samostatne zárobkovo činnej osoby nemá žiadne námietky a postup odporkyne v tomto smere považoval za správny. Zástupkyňa odporkyne vzhľadom na zhodné závery posudkov posudkových lekárov Sociálnej poisťovne ústredie Bratislava žiadala napadnuté rozhodnutie číslo XXX XXX XXXX zo dňa 19. júna 2012 v spojení so zmenovým rozhodnutím číslo XXX XXX XXXX X zo dňa 23. mája 2013 ako vecne správne potvrdiť. Posudkový lekár sociálneho poistenia Sociálnej poisťovne pobočka Bratislava ako aj posudkový lekár sociálneho poistenia Sociálnej poisťovne ústredie Bratislava vo svojich vyššie uvedených posudkoch ako aj v doplňujúcom odbornom vyjadrení zo dňa 6.11.2013 zohľadnili všetky navrhovateľom uvádzané ťažkosti a vysporiadali sa s lekárskymi nálezmi nachádzajúcimi sa v zdravotnej dokumentácii navrhovateľa a zhodne určili, že rozhodujúcim zdravotným postihnutím u navrhovateľa je obmedzenie pohybu bedrových kĺbov stredného stupňa obojstranné (kapitola XV., oddiel G, položka 41.2, písm. b) prílohy č. 4 zákona č. 461/2003 Z.z.), kde mieru poklesu schopnosti vykonávať zárobkovú činnosť posudkoví lekári stanovili na 45%, čo je horná hranica percentuálneho rozpätia pri danej položke. Konštatovali, že u navrhovateľa bol potvrdený vrodený trombofilný stav, navrhovateľ v roku 2005 prekonal trombózu tibiálnej artézie vpravo, ochorenie bolo liečené ambulantne a naďalej je aplikovaná koagulačná liečba, pretože už pred rokom 2005 mal opakované povrchové zápaly žíl na pravej nohe, kde sú varixy, pričom dané ochorenie je liečbou stabilizované, bez rozvoja komplikácií a bez výrazných prejavov chronickej žilovej nedostatočnosti na nohách a nejedná sa o závažné hematologické ochorenie s rozvojom komplikácií, ktoré by podmieňovalo zvýšenie percentuálnej miery pre iné zdravotné postihnutie. Dátum vzniku invalidity navrhovateľa stanovili od 14.2.2012, t.j. dňom jediného ortopedického vyšetrenia zo dňa 14.2.2012, ktorým bola zdokumentovaná miera funkčného postihnutia oboch dolných končatín. Zistenia posudkových lekárov neboli spochybnené ani v súdnom konaní nakoľko ani nové lekárske nálezy, ktoré navrhovateľ doložil nepreukázali zhoršenie zdravotného stavu navrhovateľa, ortopedické vyšetrenie zo dňa 6.5.2013 nezdokladovalo žiadne nové skutočnosti o zdravotnom stave navrhovateľa resp. o jeho zhoršení, cievne vyšetrenie zo dňa 10.6.2013 nepotvrdilo progresiu posttrombotického syndrómu a neboli potvrdené chronické komplikácie tohto ochorenia. Závery posudkov posudkových lekárov sú odborné, presvedčivé, náležite zdôvodnené a súd nezistil rozpor medzi ich závermi a zisteným skutočným stavom. Krajský súd preto z vyššie uvedených dôvodov napadnuté rozhodnutie číslo XXX XXX XXXX zo dňa 19. júna 2012 v spojení so zmenovým rozhodnutím číslo XXX XXX XXXX X zo dňa 23. mája 2013 podľa § 250q ods. 2 O.s.p. ako vecne správne potvrdil. O trovách konania súd rozhodol podľa § 250k ods. 1 v spojení s § 250l ods. 2 O.s.p. Navrhovateľ nebol v konaní úspešný, a preto mu súd trovy konania nepriznal a odporkyni trovy konania neprislúchajú. Poučenie: Proti tomuto rozsudku je možné podať odvolanie do 15 dní odo dňa jeho doručenia na Krajskom súde v Bratislave. V odvolaní sa má popri všeobecných náležitostiach /§ 42 ods. 3/ uviesť, proti ktorému rozhodnutiu smeruje, v akom rozsahu sa napáda, v čom sa toto rozhodnutie alebo postup súdu považuje za nesprávny a čoho sa odvolateľ domáha. /§ 205 ods.1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prílohami tak, aby jeden rovnopis zostal na súde a aby každý účastník dostal jeden rovnopis, ak je to potrebné. Ak účastník nepredloží potrebný počet rovnopisov a príloh, súd vyhotoví kópie na jeho trovy. /§ 42 ods. 3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 205 ods. 2 O.s.p./.</w:t>
      </w:r>
    </w:p>
    <w:p/>
    <w:p>
      <w:r>
        <w:t>Zdroj: KAUZIS.SK – https://www.kauzis.sk/judikatura/r/ECLI:SK:KSBA:2013:1012205496.2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