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1S/1485/2012 z 4. 9. 2013</w:t>
      </w:r>
    </w:p>
    <w:p>
      <w:r>
        <w:t>Uznesenie Krajského súdu Bratislava z 4. septembra 2013, sp. zn. 1S/1485/2012, ECLI:SK:KSBA:2013:1012206922.2</w:t>
      </w:r>
    </w:p>
    <w:p>
      <w:r>
        <w:t>Súd: Krajský súd Bratislava</w:t>
      </w:r>
    </w:p>
    <w:p>
      <w:r>
        <w:t>Spisová značka: 1S/1485/2012</w:t>
      </w:r>
    </w:p>
    <w:p>
      <w:r>
        <w:t>ECLI: ECLI:SK:KSBA:2013:1012206922.2</w:t>
      </w:r>
    </w:p>
    <w:p>
      <w:r>
        <w:t>Dátum vydania: 4. 9. 2013</w:t>
      </w:r>
    </w:p>
    <w:p>
      <w:r>
        <w:t>Forma: Uznesenie</w:t>
      </w:r>
    </w:p>
    <w:p>
      <w:pPr>
        <w:pStyle w:val="Heading2"/>
      </w:pPr>
      <w:r>
        <w:t>Text rozhodnutia</w:t>
      </w:r>
    </w:p>
    <w:p>
      <w:r>
        <w:t>Súd: Krajský súd Bratislava Spisová značka: 1S/1485/2012 Identifikačné číslo súdneho spisu: 1012206922 Dátum vydania rozhodnutia: 05. 09. 2013 Meno a priezvisko sudcu, VSÚ: JUDr. Monika Valašíková PhD. ECLI: ECLI:SK:KSBA:2013:1012206922.2 Uznesenie Krajský súd v Bratislave v právnej veci žalobcu: POHOTOVOSŤ, s.r.o., so sídlom Pribinova 25, 811 09 Bratislava , zastúpený advokátom: doc. JUDr. Branislav Fridrich, PhD., advokát, so sídlom Gr?sslingova 4, 811 09 Bratislava, proti žalovanému: Slovenská obchodná inšpekcia, so sídlom Prievozská 32, 827 99 Bratislava, o preskúmanie zákonnosti fiktívneho rozhodnutia žalovaného, takto r o z h o d o l : Krajský súd v Bratislave konanie z a s t a v u j e . Žiaden z účastníkov nemá právo na náhradu trov konania. o d ô v o d n e n i e : Žalobou podanou tunajšiemu súdu dňa 07.11.2012 sa žalobca domáhal preskúmania zákonnosti fiktívneho rozhodnutia Ústredného inšpektorátu Slovenskej obchodnej inšpekcie, ktorým bolo potvrdené rozhodnutie Slovenskej obchodnej inšpekcie, Inšpektorátu SOI so sídlom v Bratislave pre Bratislavský kraj zo dňa 17.09.2012, sp. zn. : Spr I-10/2012. Prvostupňovým rozhodnutím bola zamietnutá žiadosť žalobcu a sprístupnenie informácie, či povinná osoba disponuje v zmysle § 7zákona č. 428/2002 Z.z. o ochrane osobných údajov súhlasom so spracúvaním a uchovaním osobných údajov udelených viacerými osobami. Výzvou zo dňa 01.08.2013 doručenou právnemu zástupcovi žalobcu doc. JUDr. Fridrich Paľko PhD., so sídlom Gr?sslingova 4, 811 09 Bratislava, dňa 07.08.2013 bol žalobca vyzvaný, aby v lehote 10 dní od doručenia výzvy pod následkom zastavenia konania zaplatil súdny poplatok za každý návrh na preskúmanie zákonnosti rozhodnutia orgánu verejnej správy na základe žaloby vo výške 34,930 €. Táto suma bola vyčíslená na základe uznesenia sp. zn 1S 1485/2012-12 zo dňa 24.06.2013, ktorým Krajský súd v Bratislave spojil na spoločné konanie 499 návrhov o preskúmanie zákonnosti jedného a identického fiktívneho rozhodnutia Slovenskej obchodnej inšpekcie, Inšpektorátu SOI so sídlom v Bratislave pre Bratislavský kraj zo dňa 17.09.2012, sp. zn.: Spr I-10/2012. Žalobca na túto výzvu na zaplatenie súdneho poplatku reagoval podaním označeným ako „odvolanie proti výzve/ uzneseniu“ doručeným krajskému súdu 22.08.2013. V tomto podaní žalobca argumentuje, že krajský súd pochybil, keď vydal výzvu na zaplatenie súdneho poplatku, pretože o uložení povinnosti zaplatiť súdny poplatok musí súd rozhodnúť uznesením, ktoré má byť odôvodnené podľa § 169 ods. 1 Občianskeho súdneho poriadku. Keďže výzva odôvodnenie neobsahuje, je nepreskúmateľná. Ďalej žalobca v podaní argumentoval tým, že krajský súd ho nemal vyzývať na zaplatenie súdneho poplatku podľa položky č. 10 písm. a/ sadzobníka súdnych poplatkov, pretože žalovaný nie je orgánom verejnej správy, ale orgánom verejnej moci. Krajský súd k námietkam žalobcu uvádza, že § 10 ods. 1 veta prvá zákona č. 71/1992 Zb. o súdnych poplatkoch a o poplatku za výpis z registra trestov v znení neskorších predpisov (ďalej len ,,zákon č. 71/1992 Zb.“) jasne hovorí o výzve (nie o uznesení) na zaplatenie súdneho poplatku. Krajský súd teda postupoval správne, keď žalobcu vyzval na zaplatenie súdneho poplatku, určil mu 10- dňovú lehotu na zaplatenie súdneho poplatku, poučil ho o následku nezaplatenia súdneho poplatku. Zákon č. 71/1992 Zb. je vo vzťahu k Občianskemu súdnemu poriadku lex specialis, preto bol krajský súd povinný postupovať podľa zákona č. 71/1992 Zb. Následkom nezaplatenia súdneho poplatku na základe uznesenia je vymáhanie nezaplateného súdneho poplatku podľa zákona č. 65/2001 Z. z. o správe a vymáhaní súdnych pohľadávok v znení neskorších predpisov, teda nie zastavenie konania. Vzťah medzi zákonom č. 71/1992 Zb. a Občianskym súdnym poriadkom je založený na zásade lex specialis derogat legi generali (osobitný zákon alebo ustanovenie ruší všeobecný zákon alebo ustanovenie); osobitným zákonom je zákon č. 71/1992 Zb. a všeobecným zákonom je Občiansky súdny poriadok. Preto nebol dôvod, aby tunajší súd žalobcu vyzýval uznesením podľa § 10 ods. 2 zákona č. 71/1992 Zb., nakoľko neboli splnené taxatívne podmienky na jeho vydanie, ale správne žalobcu vyzval výzvou podľa § 10 ods. 1 zákona č. 71/1992 Zb., u ktorej je následkom nezaplatenia súdneho poplatku zastavenie konania. Žalobca teda svojím konaním v rozpore s § 10 ods. 1 zákona č. 71/1992 Zb. sám spôsobil zastavenie konania pre nezaplatenie súdneho poplatku. Krajského súd postupoval v súlade s § 250b ods. 1, § 250d ods. 3 Občianskeho súdneho poriadku, § 10 ods. 1 zákona č. 71/1992 Zb a preto rozhodol tak ako je uvedené vo výrokovej časti tohto uznesenia.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odvolania alebo dovolania, súd vyzve poplatníka, aby poplatok zaplatil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alebo rozhodnutia bez nariadenia pojednávania nebola dlhšia ako 2 mesiace, túto lehotu môže predseda súdu z dôležitých dôvodov predĺžiť. V tomto prípade podľa položky č. 10 písm. a) sadzobníka súdnych poplatkov v znení platnom v čase podania žaloby, za každý návrh na preskúmanie zákonnosti rozhodnutia orgánu verejnej správy na základe žaloby sa platí poplatok vo výške 70,- €. Keďže žalobca súdny poplatok za žalobu ani na výzvu súdu nezaplatil, súd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https://www.kauzis.sk/judikatura/r/ECLI:SK:KSBA:2013:1012206922.2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