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2S/2255/2012 z 5. 11. 2013</w:t>
      </w:r>
    </w:p>
    <w:p>
      <w:r>
        <w:t>Rozsudok Krajského súdu Bratislava z 5. novembra 2013, sp. zn. 2S/2255/2012, ECLI:SK:KSBA:2013:1012209675.2</w:t>
      </w:r>
    </w:p>
    <w:p>
      <w:r>
        <w:t>Súd: Krajský súd Bratislava</w:t>
      </w:r>
    </w:p>
    <w:p>
      <w:r>
        <w:t>Spisová značka: 2S/2255/2012</w:t>
      </w:r>
    </w:p>
    <w:p>
      <w:r>
        <w:t>ECLI: ECLI:SK:KSBA:2013:1012209675.2</w:t>
      </w:r>
    </w:p>
    <w:p>
      <w:r>
        <w:t>Dátum vydania: 5. 11. 2013</w:t>
      </w:r>
    </w:p>
    <w:p>
      <w:r>
        <w:t>Forma: Rozsudok</w:t>
      </w:r>
    </w:p>
    <w:p>
      <w:r>
        <w:t>Oblasť práva: Správne právo</w:t>
      </w:r>
    </w:p>
    <w:p>
      <w:pPr>
        <w:pStyle w:val="Heading2"/>
      </w:pPr>
      <w:r>
        <w:t>Text rozhodnutia</w:t>
      </w:r>
    </w:p>
    <w:p>
      <w:r>
        <w:t>Súd: Krajský súd Bratislava Spisová značka: 2S/2255/2012 Identifikačné číslo súdneho spisu: 1012209675 Dátum vydania rozhodnutia: 06. 11. 2013 Meno a priezvisko sudcu, VSÚ: Mgr. Viliam Pohančeník ECLI: ECLI:SK:KSBA:2013:1012209675.2 ROZSUDOK V MENE SLOVENSKEJ REPUBLIKY Krajský súd v Bratislave v senáte zloženom z predsedu senátu Mgr. Viliama Pohančeníka a členov senátu JUDr. Vlastimila Pavlikovského a JUDr. Moniky Valašikovej PhD., v právnej veci žalobcu: C. O., nar. XX.XX.XXXX, O. XX, D., zastúpený: Consilior Iuris s.r.o., Miletičova 23, Bratislava, v mene ktorej koná JUDr. Robert Hayden M.B.A., advokát, proti žalovanému: Ústredie práce, sociálnych vecí a rodiny, Špitálska 8, Bratislava, o preskúmanie zákonnosti rozhodnutia žalovaného č. AA/XXXX/XXXXX- SSVODPC zo dňa XX.XX.XXXX, jednohlasne, takto r o z h o d o l : Krajský súd v Bratislave žalobu z a m i e t a. Účastníkom sa právo na náhradu trov konania nepriznáva. o d ô v o d n e n i e : I. Včas podanou žalobou sa žalobca domáhal preskúmania zákonnosti rozhodnutia žalovaného č.: AA/ XXXX/XXXXX-SSVODPC zo dňa XX.XX.XXXX, ktorým ako odvolací orgán rozhodol o odvolaní žalobcu proti prvostupňovému rozhodnutiu Úradu práce, sociálnych vecí a rodiny Malacky č.: AA/XXXX/XXXXX/ XXX/MPN zo dňa XX.XX.XXXX, ktorým tento úrad žalobcovi odňal podľa § 45 ods. 14 zákona č. 447/2008 Z.z. o peňažných príspevkoch na kompenzáciu ťažkého zdravotného postihnutia a o zmene a doplnení niektorých zákonov v znení neskorších predpisov (ďalej aj len zákon č. 447/2008 Z.z.) parkovací preukaz, tak, že odvolanie zamietol a prvostupňové rozhodnutie potvrdil. Žalobca žiadal zrušiť napadnuté rozhodnutie žalovaného ako aj prvostupňové rozhodnutie a vec vrátiť žalovanému na ďalšie konanie, keďže tieto vychádzajú z nesprávneho právneho posúdenia veci, skutkový stav nebol zistený dostatočne na posúdenie veci a navyše napadnuté rozhodnutie je aj zmätočné. Uviedol, že dňa 18.06.2005 bol účastníkom dopravnej nehody, v dôsledku čoho mu bola následne vykonaná amputácia ľavej dolnej končatiny nad kolenom. V posudku zo dňa 18.11.2005 sa konštatovala miera jeho funkčnej poruchy 50% s tým, že sa považuje za občana s ťažkým zdravotným postihnutím (ďalej aj len ŤZP) a potrebuje sprievodcu. Obsahom tohto posudku bolo aj posúdenie sociálnych dôsledkov ŤZP v oblasti mobility, podľa ktorého má zníženú pohybovú schopnosť/nie je schopný premiestniť sa na zástavku vozidiel verejnej hromadnej prepravy, nastúpiť, vystúpiť a udržať sa počas jazdy. V roku 2005 sa stal držiteľom osobitného označenia vozidla prepravujúceho ťažko zdravotne postihnutú osobu, pričom po nadobudnutí účinnosti zákona č. 447/2008 Z.z. sa platné osobitné označenie vozidla vymieňalo za parkovací preukaz. Výmena osobitného označenia vozidla za parkovací preukaz nie je spojené s prehodnocovaním miery funkčnej poruchy žiadateľa. V zmysle uvedeného žalobca požiadal v roku 2009 o výmenu osobitného označenia vozidla za parkovací preukaz, ktorý mu bol aj vydaný. Prvostupňovým rozhodnutím bolo rozhodnuté o odňatí parkovacieho preukazu, nakoľko podľa posudku č. AA/XXXX/XXXXX-GROPC zo dňa XX.XX.XXXX sa zmenili skutočnosti na trvanie nároku na parkovací preukaz stanovené v § 17 ods. 1 zákona č. 447/2008 Z.z.. O odvolaní žalobcu proti tomuto rozhodnutiu rozhodol žalovaný napadnutým rozhodnutím, pričom pri preskúmavaní prvostupňového rozhodnutia doplnil konanie o lekársky posudok zo dňa 04.09.2012. Žalobca poukázal na § 47 ods. 3 správneho poriadku v súvislosti s tým, že žalovaný sa v napadnutom rozhodnutí nevysporiadal s jeho námietkami uvedenými v odvolaní ohľadom vzniku pľuzgierov pri dlhšej chôdzi a následnej imobility. Namietal, že posudok zo dňa 13.12.2006 nezohľadňuje zmeny stanovené po 01.01.2009 a preto ani nemohol byť podkladom pre rozhodnutie prvostupňového správneho orgánu. Toto je teda nezákonné, pretože nevychádza zo spoľahlivo zisteného stavu veci a teda je v rozpore s § 46 správneho poriadku. Lekársky posudok vypracovaný v odvolacom konaní je taktiež nezákonný, nakoľko podľa § 11 ods. 3 zákona č. 447/2008 Z.z. pri výkone lekárskej posudkovej činnosti posudkový lekár vychádza z aktuálneho lekárskeho nálezu na účely kompenzácie. Lekársky nález je na účely tohto zákona aktuálny, ak nie je starší ako 6 mesiacov. S poukazom na § 11 ods. 8 tohto zákona síce posudkový lekár môže vychádzať aj zo starších lekárskych nálezov, ak je podľa posudkového lekára zdravotný stav fyzickej osoby chronický s trvalým poškodením a miera funkčnej poruchy je definitívna a od ďalšej liečby nemožno očakávať zlepšenie. Tieto podmienky však v danom prípade neboli splnené a preto posudkový lekár nemohol vychádzať z lekárskeho nálezu zo dňa 27.06.2006 a z lekárskeho nálezu zo dňa 11.12.2006. Žalobca tiež poukázal na § 13 ods. 5 zákona č. 447/2008 Z.z. podľa ktorého sociálna posudková činnosť sa vykonáva za účasti fyzickej osoby s ŤZP, ktorá má právo vyjadrovať svoje potreby a návrhy na riešenie svojej sociálnej situácie. Žalobca však k posudkovej lekárke prizvaný nebol. Ide teda o nezákonný posudok a preto je aj napadnuté rozhodnutie nezákonné. Poukázal na lekársky nález zo dňa 18.12.2009 vydaný C.. D., v ktorom je uvedené, že jeho zdravotný stav si vyžaduje trvalé šetrenie končatín, ax. skeletu chrbtice, čo vyžaduje uľahčenie životných podmienok, bezbariérové prostredie, individuálnu prepravu. Tento nález je novší ako nález, z ktorého vychádzala posudková lekárka C.. X.. V predmetnom prípade nedošlo ani k zmene skutočností rozhodujúcich pre trvanie nároku na parkovací preukaz, pričom žalovaný za rozhodujúcu skutočnosť označil nasadenie protézy, avšak žalobca bol prepustený z liečenia dňa 18.10.2005 už s protézou. V čase vydania posudku č. 05/649 zo dňa 18.11.2005 žalobca bol s protézou vyše jedného mesiaca. Nasadením protézy sa teda nezmenili skutočnosti rozhodujúce pre trvanie nároku, nakoľko v čase vydania osobitného označenia vozidla v roku 2005 protézu už nasadenú mal. Rozhodnutie žalovaného je podľa žalobcu aj zmätočné, nakoľko z jeho výroku nie je zrejmé, ktoré rozhodnutie Úradu práce, sociálnych vecí a rodiny Malacky žalovaný potvrdzuje. Na pojednávaní ešte poukázal na § 65 ods. 5 zákona č. 447/2008 Z.z. a rozsudok NS SR 1Sžso/2/2012. Žalobca nepredkladal žalovanému žiadne lekárske nálezy, nakoľko o tom nevedel, mal parkovací preukaz a teda bol spokojný. Teraz navštívi lekára a zváži, či si podá novú žiadosť o parkovací preukaz. II. Žalovaný vo vyjadrení k žalobe navrhol túto zamietnuť. Uviedol, že napadnuté rozhodnutie je v súlade s § 47 ods. 3 správneho poriadku a je z neho zrejmé, ktoré rozhodnutie sa potvrdzuje. Správne orgány postupovali v súlade s § 55 ods. 1 zákona č. 447/2008 Z.z. Podkladom rozhodnutia o parkovacom preukaze je lekársky posudok alebo komplexný posudok, ak bol vypracovaný. Posledný komplexný posudok bol vyhotovený ústredím v rámci odvolacieho konania vo veci nepriznania peňažného príspevku na kúpu osobného motorového vozidla a obsahuje vyjadrenie, že žalobca nie je odkázaný na individuálnu prepravu osobným motorovým vozidlom. Od roku 2006 žalobca nedokladal správnym orgánom žiadne lekárske nálezy. V súvislosti s vydaním osobitného označenia vozidla do 01.01.2009 nebolo relevantné používanie protézy ale to, že bol občanom s ŤZP. Od 01.01.2009 sa začali vydávať parkovacie preukazy, ktorých držiteľom môže byť fyzická osoba s ŤZP, ktorá je odkázaná na individuálnu prepravu osobným motorovým vozidlom alebo má praktickú alebo úplnú slepotu oboch očí. V roku 2009 bolo žalobcovi vymenené osobitné označenie vozidla za parkovací preukaz a v súlade so zákonom č. 447/2008 Z.z. mu bol tento preukaz odňatý, nakoľko nebol odkázaný na individuálnu prepravu osobným motorovým vozidlom, čím sa zmenili skutočnosti rozhodujúce na trvanie nároku na parkovací preukaz (vyplýva to z lekárskych posudkov vyhotovených v roku 2006 a 2012). V danom prípade posudkový lekár vychádzal v súlade s § 11 ods. 8 zákona č. 447/2008 Z.z. zo starších lekárskych nálezov, pričom žalobca žiadne nové lekárske nálezy nedoložil. Žalobca tiež nepožiadal o posúdenie zdravotného stavu posudkovým lekárom v jeho prítomnosti a neobjasnil dôvody, pre ktoré nie je schopný sa prepravovať hromadnou prepravou. Keďže posudkový lekár nemal pochybnosti o správnosti diagnostických záverov vyplývajúcich z predložených lekárskych nálezov, posúdenie urobil bez prítomnosti žalobcu v súlade s § 11 ods. 9 zákona č. 447/2008 Z.z.. V roku 2006 bola posudková činnosť za osobnej prítomnosti žalobcu, pričom bola vykonaná aj sociálna posudková činnosť dňa 19.10.2005, nakoľko v tom čase bol žalobca podľa posúdenia posudkového lekára odkázaný na individuálnu prepravu osobným motorovým vozidlom a bolo potrebné posúdiť sociálne dôsledky vyplývajúce z jeho ťažkého zdravotného postihnutia. V odvolaní žalobca svoje tvrdenia o nepriaznivom zdravotnom stave nedoložil žiadnymi dôkazmi. III.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žalovaného súd zistil, že prvostupňový správny orgán svojim rozhodnutím zo dňa 12.07.2012 rozhodol podľa § 45 ods. 14 zákona č. 447/2008 Z.z. o odňatí parkovacieho preukazu žalobcu, nakoľko podľa posudku č. S. zo dňa 13.12.2006 sa zmenili skutočnosti na trvanie nároku na parkovací preukaz. V tomto posudku bola žalobcovi určená miera funkčnej poruchy 50% a žalobca sa považoval za fyzickú osobu s ťažkým zdravotným postihnutím. Nakoľko však nebol odkázaný na individuálnu prepravu osobným motorovým vozidlom, zmenili sa skutočnosti rozhodujúce na trvanie nároku na parkovací preukaz. S poukazom na právnu úpravu platnú do 01.01.2009 žalobca ako občan s ťažkým zdravotným postihnutím dostal osobitné označenie vozidla prepravujúceho ŤZP osobu alebo ťažko pohybovo postihnutú osobu. Od 01.01.2009 sa začali vydávať parkovacie preukazy, ktorých držiteľom môže byť fyzická osoba s ťažkým zdravotným postihnutím, ktorá je odkázaná na individuálnu prepravu osobným motorovým vozidlom alebo má praktickú alebo úplnú slepotu oboch očí. V roku 2009 bolo žalobcovi na základe jeho žiadosti (uviedol, že stratil osobitné označenie vozidla) vymenené toto označenie za parkovací preukaz a až náhodnou kontrolou v roku 2012 bolo zistené, že na parkovací preukaz žalobca nárok nemá, nakoľko nebol odkázaný na individuálnu prepravu osobným motorovým vozidlom, čím sa zmenili skutočnosti rozhodujúce na trvanie nároku na parkovací preukaz, čo vyplýva z lekárskych posudkov vyhotovených v roku 2006 a 2012. V odvolaní žalobca uviedol, že vlastní preukaz ZŤP so sprievodom a je invalidný na 70% s tým, že jeho zdravotný stav je nepriaznivý natoľko, aby mohol pri preprave využívať parkovaciu kartu. Parkovacia karta (preukaz) mu umožňuje lepší pohyb s vozidlom týkajúci sa bližšieho parkovania u lekára, na úradoch, v potravinách. Pri dlhšom chodení sa mu stehno v protéze zohreje a spotí a tým mu vznikajú pľuzgiere, pre ktoré zostáva úplne imobilný. O odvolaní žalobcu rozhodol žalovaný napadnutým rozhodnutím zo dňa 12.09.2012 a to po predchádzajúcom doplnení konania o lekársky posudok zo dňa 04.09.2012, z ktorého vyplýva, že žalobca nie je odkázaný na individuálnu prepravu osobným motorovým vozidlom, lebo je schopný premiestniť sa k vozidlu verejnej hromadnej dopravy, nastupovať, vystupovať a zvládnuť iné situácie v ňom. Taktiež nemá praktickú alebo úplnú slepotu oboch očí. Posudkový lekár v danom prípade vychádzal z lekárskeho nálezu zo dňa 27.09.2006 a z nálezu zo dňa 11.12.2006. Problematiku týkajúcu sa predmetu sporu upravuje zákon č. 447/2008 Z.z., ktorý rieši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parkovacieho preukazu pre fyzickú osobu so zdravotným postihnutím a právne vzťahy na účely posudzovania potreby osobitnej starostlivosti poskytovanej podľa osobitného predpisu. Cieľom takejto právnej úpravy je podpora sociálneho začlenenia fyzickej osoby s ťažkým zdravotným postihnutím do spoločnosti za jej aktívnej účasti pri zachovaní jej ľudskej dôstojnosti a v oblastiach ustanovených týmto zákonom. Kompenzácia sociálneho dôsledku ťažkého zdravotného postihnutia je zmiernenie alebo prekonanie sociálneho dôsledku ťažkého zdravotného postihnutia poskytovaním peňažných príspevkov na kompenzáciu podľa tohto zákona, alebo poskytovaním sociálnych služieb podľa osobitného predpisu. Ťažké zdravotné postihnutie je zdravotné postihnutie s mierou funkčnej poruchy najmenej 50% (§ 2 ods. 3 zákona). Funkčnou poruchou je nedostatok telesných schopností, zmyslových schopností alebo duševných schopností fyzickej osoby, ktorý z hľadiska predpokladaného vývoja zdravotného postihnutia bude trvať dlhšie ako 12 mesiacov. Posudková činnosť na účely kompenzácie v dôsledku ťažkého zdravotného postihnutia, preukazu a parkovacieho preukazu je lekárskou posudkovou činnosťou, ktorú vykonáva posudkový lekár príslušného správneho orgánu, prípadne iní prizvaní odborníci. Pri vykonávaní lekárskej posudkovej činnosti posudkový lekár pracuje najmä s lekárom so špecializáciou v špecializačnom odbore všeobecné lekárstvo a vychádza pritom z aktuálneho lekárskeho nálezu. Posudkový lekár zohľadní aj ďalšiu zdravotnú dokumentáciu, ktorá nie je obsahom lekárskeho nálezu, pokiaľ ju účastník konania predloží. Výsledkom lekárskej posudkovej činnosti je lekársky posudok, ktorý obsahuje mieru funkčnej poruchy, vyjadrenie, že ide o fyzickú osobu s ťažkým zdravotným postihnutím, závery k jednotlivým druhom odkázanosti fyzickej osoby s ťažkým zdravotným postihnutím a termín opätovného posúdenia zdravotného stavu, ak tento zákon neustanovuje inak. Podľa § 11 ods. 4 zákona č. 447/2008 Z.z. ak fyzická osoba v priebehu konania vo veciach kompenzácie, preukazu alebo parkovacieho preukazu predloží ďalšiu zdravotnú dokumentáciu, ktorá nie je obsahom lekárskeho nálezu, posudkový lekár túto zdravotnú dokumentáciu posúdi a zohľadní ju v lekárskom posudku. Podľa § 11 ods. 8 zákona č. 447/2008 Z.z. posudkový lekár môže vychádzať aj z lekárskeho nálezu, ktorý je starší ako šesť mesiacov, ak je podľa posudkového lekára zdravotný stav fyzickej osoby chronický s trvalým poškodením a miera funkčnej poruchy je definitívna a od ďalšej liečby nemožno očakávať zlepšenie. Žalobca v priebehu konania nepredložil žiadnu (novú) zdravotnú dokumentáciu a preto je relevantným okrem posudku č. S. zo dňa 13.12.2006 aj lekársky posudok zo dňa 04.09.2012, z ktorých vyplýva, že žalobca nie je odkázaný na individuálnu prepravu osobným motorovým vozidlom, lebo je schopný premiestniť sa k vozidlu verejnej hromadnej dopravy, nastupovať, vystupovať a zvládnuť iné situácie v ňom. Taktiež nemá praktickú alebo úplnú slepotu oboch očí. Posudkový lekár v danom prípade správne vychádzal z lekárskeho nálezu zo dňa 27.09.2006 a zo dňa 11.12.2006, keďže u žalobcu ide o prípad podľa § 11 ods. 8 cit. zákona. Treba uviesť, že je na žalobcovi, aby bol vo veci aktívny a predložil zdravotnú dokumentáciu, ktorá by odôvodňovala jeho nároky, ktoré sú z ľudského hľadiska celkom pochopiteľné. Právo však vo všeobecnosti patrí bdelým a žalobca takýmto celkom určite nebol. Za celé obdobie od roku 2006 (ani počas správneho konania) nepredložil žiadne dôkazy, ktorými by sa mohli správne orgány aj zaoberať. Posudkový lekár je povinný pozvať fyzickú osobu na posúdenie jej zdravotného stavu, ak o to táto fyzická osoba písomne požiada alebo požiada podaním žiadosti elektronickými prostriedkami podpísanej zaručeným elektronickým podpisom ( § 11 ods. 10 cit. zákona). Žalobca toto svoje právo nevyužil a preto jeho žalobná námietka v tomto smere nie je dôvodná. Podľa § 15 ods. 3 zákona č. 447/2008 Z.z. na účely parkovacieho preukazu pre fyzickú osobu so zdravotným postihnutím sa vypracúva len lekársky posudok podľa § 11 ods. 13 alebo § 11 ods. 15. Podľa § 45 ods. 14 prvá veta zákona č. 447/2008 Z.z. príslušný orgán rozhodne o odňatí preukazu alebo parkovacieho preukazu a o povinnosti vrátiť preukaz alebo parkovací preukaz, ak sa zistí, že fyzická osoba s ťažkým zdravotným postihnutím nespĺňa podmienky podľa § 17 ods. 1 na vyhotovenie preukazu alebo parkovacieho preukazu ustanovené týmto zákonom alebo preukaz alebo parkovací preukaz sa vyhotovil neprávom, ak sa zmenia skutočnosti rozhodujúce na trvanie nároku na preukaz alebo parkovací preukaz alebo fyzická osoba s ťažkým zdravotným postihnutím sa na písomnú výzvu príslušného orgánu nepodrobí vyšetreniu zdravotného stavu alebo sa nepodrobí posúdeniu zdravotného stavu alebo opätovnému posúdeniu zdravotného stavu, a bola na tento dôsledok v písomnej výzve upozornená. Fyzická osoba je povinná vrátiť preukaz alebo parkovací preukaz do 30 dní od nadobudnutia právoplatnosti rozhodnutia o jeho odňatí. Z uvedeného vyplýva, že pokiaľ fyzická osoba nespĺňa podmienky na vyhotovenie parkovacieho preukazu, t.j. nie je odkázaná podľa posudku na individuálnu prepravu osobným motorovým vozidlom podľa § 14 ods. 6 alebo nemá praktickú slepotu alebo úplnú slepotu oboch očí (§ 17 ods. 1 zákona č. 447/2008 Z.z.) príslušný správny orgán rozhodne o jeho odňatí. Podľa vyššie uvedených ustanovení na účely rozhodnutia o priznaní a tiež odňatí parkovacieho preukazu sa nevyhotovuje komplexný lekársky posudok a teda sa nezohľadňujú všetky zdravotné ťažkosti, ktoré fyzická osoba s ťažkým zdravotným postihnutím má. Posudkový lekár posudzuje túto fyzická osobu len z hľadiska jej odkázanosti na individuálnu prepravu osobným motorovým vozidlom a tiež z hľadiska zdravotného postihnutia praktickou alebo úplnou slepotou oboch očí. V preskúmavanej veci bolo pritom potrebné vychádzať z § 250i ods. 1 OSP, podľa ktorého pre súd je rozhodujúci skutkový stav, ktorý tu bol v čase vydania napadnutého rozhodnutia. Ďalšie doklady alebo lekárske nálezy, ktoré by spochybnili správnosť záverov posudkových lekárov však žalobca nepredložil ani v súdnom konaní (s výnimkou nálezu MUDr.Smetanu z 18.12.2009), preto súd nemohol ani spochybňovať správnosť odborných lekárskych záverov. V danej veci treba ešte uviesť, že správne orgány postupovali v súlade s § 55 ods. 1 zákona č. 447/2008 Z.z.. Žalobca ešte v roku 2006 požiadal o peňažný príspevok na kúpu osobného motorového vozidla, pričom dňa 11.12.2006 bol vyšetrený posudkovým lekárom za účelom posúdenia funkčného stavu pohybového ústrojenstva. Posudkový lekár vo svojom posudku z 11.12.2006 konštatoval, že u žalobcu nie sú prítomné kožné zmeny z vonkajšieho útlaku protézou, je schopný premiestniť sa k prostriedkom hromadnej dopravy a prepravovať sa nimi s protézou a s oporou francúzskej barly. Zohľadnil pritom aj lekársky nález ortopéda zo dňa 27.09.2006. Žalobca v tom čase akceptoval skutočnosť, že došlo k zmene - zlepšeniu jeho mobility a záver, že nie je odkázaný na individuálnu prepravu osobným motorovým vozidlom, v dôsledku čoho mu ani nebol navrhnutý peňažný príspevok na kúpu osobného motorového vozidla. K rovnakým záverom dospel posudkový lekár aj v roku 2012, ktorý uzavrel, že žalobca nie je odkázaný na individuálnu prepravu osobným motorovým vozidlom. V súvislosti s tým, že žalobca mal aj po roku 2009 parkovací preukaz treba uviesť, že pôvodne ešte v roku 2005 dostal osobitné označenie vozidla prepravujúceho ťažko zdravotne postihnutú osobu alebo ťažko pohybovo postihnutú osobu (tieto sa vydávali do 01.01.2009). Po vypracovaní lekárskeho posudku v roku 2006 v súvislosti s prijatím nového zákona č. 447/2008 Z.z. s účinnosťou od 01.01.2009 však už žalobca na toto označenie právo nemal, keďže od tohto dátumu sa vydávali parkovacie preukazy, ktorých držiteľom mohla byť len fyzická osoba s ťažkým zdravotným postihnutím, ktorá je odkázaná na individuálnu prepravu osobným motorovým vozidlom alebo má praktickú alebo úplnú slepotu oboch očí. Žalobca pri výmene osobitného označenia vozidla v roku 2009 za parkovací preukaz uviedol, že toto stratil a tak mu bol nedopatrením vydaný parkovací preukaz. Pri kontrole v roku 2012 správny orgán zistil, že na tento žalobca právo nemá a preto rozhodol o jeho odňatí vychádzajúc zo záveru lekárskeho posudku, že nie je odkázaný na individuálnu prepravu osobným motorovým vozidlom, čo považoval za zmenu skutočnosti rozhodujúcej na trvanie nároku na parkovací preukaz. K rovnakému záveru pri odkázanosti na individuálnu prepravu osobným motorovým vozidlom dospel posudkový lekár žalovaného i v roku 2012. Lekársky posudok zo dňa 04.09.2012 bol podkladom pre rozhodnutie druhostupňového správneho orgánu a žalobcovi bol tento lekársky posudok doručený spolu s rozhodnutím. Podľa § 46 zákona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zmysle základných pravidiel konania upravených v § 3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Rozhodnutie správnych orgánov musí vychádzať zo spoľahlivo zisteného stavu veci. Správne orgány dbajú o to, aby v rozhodovaní o skutkovo zhodných alebo podobných prípadoch nevznikali neodôvodnené rozdiely.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V danom prípade preskúmavané správne rozhodnutia spĺňajú náležitosti riadne odôvodneného rozhodnutia. Žalovaný sa riadne vysporiadal s odvolacími námietkami žalobcu. Rozhodnutie nie je ani zmätočné, nakoľko z neho celkom určite vyplýva, ktoré rozhodnutie prvostupňového správneho orgánu sa potvrdzuje a ktoré odvolanie žalobcu (v akej veci) sa zamieta.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Súčasne predseda senátu v súlade s ustanovením § 250c veta tretia O.s.p. upovedomuje účastníkov o tom, že žiadosti žalobcu o odklad vykonateľnosti napadnutého rozhodnutia nebolo vyhovené.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https://www.kauzis.sk/judikatura/r/ECLI:SK:KSBA:2013:1012209675.2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