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5Sd/340/2012 z 15. 10. 2013</w:t>
      </w:r>
    </w:p>
    <w:p>
      <w:r>
        <w:t>Uznesenie Krajského súdu Bratislava z 15. októbra 2013, sp. zn. 5Sd/340/2012, ECLI:SK:KSBA:2013:1012211098.2</w:t>
      </w:r>
    </w:p>
    <w:p>
      <w:r>
        <w:t>Súd: Krajský súd Bratislava</w:t>
      </w:r>
    </w:p>
    <w:p>
      <w:r>
        <w:t>Spisová značka: 5Sd/340/2012</w:t>
      </w:r>
    </w:p>
    <w:p>
      <w:r>
        <w:t>ECLI: ECLI:SK:KSBA:2013:1012211098.2</w:t>
      </w:r>
    </w:p>
    <w:p>
      <w:r>
        <w:t>Dátum vydania: 15. 10.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5Sd/340/2012 Identifikačné číslo súdneho spisu: 1012211098 Dátum vydania rozhodnutia: 16. 10. 2013 Meno a priezvisko sudcu, VSÚ: JUDr. Milota Tóthová ECLI: ECLI:SK:KSBA:2013:1012211098.2 Uznesenie Krajský súd v Bratislave v právnej veci navrhovateľa L. W., bytom K. XX, Y.,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8.8.2012 žiadal preskúmať rozhodnutie odporkyne číslo XXX XXX XXXX X zo dňa 19.7.2012, ktorým odporkyňa zamietla žiadosť o invalidný dôchodok zo dňa 2. júla 2012. Prehlásením na pojednávaní dňa 16.10.2013 navrhovateľ vzal späť návrh zo dňa 8.8.2012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 Účastníci sa vzdali opravného prostriedku.</w:t>
      </w:r>
    </w:p>
    <w:p/>
    <w:p>
      <w:r>
        <w:t>Zdroj: KAUZIS.SK – https://www.kauzis.sk/judikatura/r/ECLI:SK:KSBA:2013:1012211098.2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