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6S/2325/2012 z 25. 9. 2013</w:t>
      </w:r>
    </w:p>
    <w:p>
      <w:r>
        <w:t>Uznesenie Krajského súdu Bratislava z 25. septembra 2013, sp. zn. 6S/2325/2012, ECLI:SK:KSBA:2013:1012211216.2</w:t>
      </w:r>
    </w:p>
    <w:p>
      <w:r>
        <w:t>Súd: Krajský súd Bratislava</w:t>
      </w:r>
    </w:p>
    <w:p>
      <w:r>
        <w:t>Spisová značka: 6S/2325/2012</w:t>
      </w:r>
    </w:p>
    <w:p>
      <w:r>
        <w:t>ECLI: ECLI:SK:KSBA:2013:1012211216.2</w:t>
      </w:r>
    </w:p>
    <w:p>
      <w:r>
        <w:t>Dátum vydania: 25.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6S/2325/2012 Identifikačné číslo súdneho spisu: 1012211216 Dátum vydania rozhodnutia: 26. 09. 2013 Meno a priezvisko sudcu, VSÚ: JUDr. Petra Príbelská, PhD. ECLI: ECLI:SK:KSBA:2013:1012211216.2 Uznesenie Krajský súd v Bratislave v právnej veci žalobcu: JAZO, s.r.o., IČO 35 820 535, so sídlom Rebarborová 1, 821 07 Bratislava, právne zastúpený: JUDr. Adela Valocká, so sídlom Na vŕšku 2, P.O.BOX 255, 810 00 Bratislava proti žalovanému: Finančné riaditeľstvo Slovenskej republiky, so sídlom Lazovná 63, 974 01 Banská Bystrica, o preskúmanie zákonnosti rozhodnutia žalovaného č. 1100302/1/1250986/2012/1042 zo dňa 7.11.2012 v spojení s prvostupňovým rozhodnutím č. 9102401/5/2028858/2012/Sap zo dňa 10.8.2012, takto r o z h o d o l : Krajský súd v Bratislave s p á j a vec vedenú pod sp.zn. 6S/2325/2012 o preskúmanie zákonnosti rozhodnutia žalovaného č. 1100302/1/1250986/2012/1042 zo dňa 7.11.2012, vec vedenú pod sp.zn. 6S/2333/2012 o preskúmanie zákonnosti rozhodnutia žalovaného č. 1100302/1/1251288/2012/1042 zo dňa 7.11.2012 a vec vedenú pod sp.zn. 6S/2334/2012 o preskúmanie zákonnosti rozhodnutia žalovaného č. 1100302/1/1251231/2012/1042 zo dňa 7.11.2012 n a s p o l o č n é k o n a n i e s tým, že ďalej budú vedené pod sp.zn. 6S/2325/2012. o d ô v o d n e n i e : Žalobou doručenou Krajskému súdu v Bratislave dňa 18.12.2012 sa žalobca domáhal preskúmania zákonnosti rozhodnutia žalovaného č. 1100302/1/1250986/2012/1042 zo dňa 7.11.2012, ktorým žalovaný prvostupňové rozhodnutie č. 9102401/5/2028858/2012/Sap zo dňa 10.8.2012 o vyrubení rozdielu dane z pridanej hodnoty za zdaňovacie obdobie február 2009 v sume XX.XXX,XX,-€, potvrdil. Vec je vedená pod sp.zn. 6S/2325/2012. Žalobou doručenou Krajskému súdu v Bratislave dňa 27.12.2012 sa žalobca domáhal preskúmania zákonnosti rozhodnutia žalovaného č. 1100302/1/1251288/2012/1042 zo dňa 7.11.2012, ktorým žalovaný prvostupňové rozhodnutie č. 9102401/5/2031609/2012/Sap zo dňa 10.8.2012 o vyrubení rozdielu dane z pridanej hodnoty za zdaňovacie obdobie december 2009 v sume XX.XXX,XX ,-€, potvrdil. Vec je vedená pod sp.zn. 6S/2333/2012. Žalobou doručenou Krajskému súdu v Bratislave dňa 27.12.2012 sa žalobca domáhal preskúmania zákonnosti rozhodnutia žalovaného č. 1100302/1/1251231/2012/1042 zo dňa 7.11.2012, ktorým žalovaný prvostupňové rozhodnutie č. 9102401/5/2031219/2012/Sap zo dňa 10.8.2012 o vyrubení rozdielu dane z pridanej hodnoty za zdaňovacie obdobie október 2009 v sume XX.XXX,XX,-€, potvrdil. Vec je vedená pod sp.zn. 6S/2334/2012. Podľa § 246c O.s.p. veta prvá, pre riešenie otázok, ktoré nie sú priamo upravené v tejto časti, sa použijú primerane ustanovenia prvej, tretej a štvrtej časti tohto zákona. Podľa § 112 ods. 1 O.s.p., v záujme hospodárnosti konania môže súd spojiť na spoločné konanie veci, ktoré sa u neho začali a skutkovo spolu súvisia alebo sa týkajú tých istých účastníkov. Podľa § 152 ods. 2 veta tretia vyhlášky č. 543/2005 Z.z. o spravovacom a kancelárskom poriadku pre okresné súdy, krajské súdy, špeciálny súd a vojenské súdy, ak senát alebo samosudca rozhodne o spojení veci do jedného konania, pripojené veci sa vyznačia v súdnom registri ako veci vedené pod spisovou značkou tej istej veci, ku ktorej boli pripojené a to až do jej skončenia; novšia vec sa pripája k staršej veci. Podľa § 186 ods. 1 vyhlášky č. 543/2005 Z.z. o spravovacom a kancelárskom poriadku pre okresné súdy, krajské súdy, špeciálny súd a vojenské súdy, ak dôjde v priebehu konania ku spojeniu vecí, založí sa o tom do súdnych spisov, ktoré boli s pôvodným súdnym spisom spojené, rovnopis uznesenia súdu o spojení vecí. Pri spojení vecí sa súdny spis zaradí na koniec súdneho spisu, ku ktorému je pripojený. Spojenie súdnych spisov sa vyznačí v súdnom registri v poznámkovom stĺpci pri všetkých spojených súdnych spisoch, ako aj na spisovom obale spájaných súdnych spisov poznámkou "Spojené s ...". Krajský súd v Bratislave rozhodol o spojení konaní vedených pod sp.zn. 6S/2325/2012, sp.zn. 6S/2333/2012 a sp.zn. 6S/2334/2012, nakoľko skutkové okolnosti podaných žalôb dávajú dostatočný dôvod na spojenie vecí s tým, že zároveň bude dodržaná zásada hospodárnosti konania pri zachovaní rovnoprávneho postavenia účastníkov v konaní, pričom súd prejedná v jednom konaní všetky námietky žalobcu proti preskúmavaným rozhodnutiam správneho orgánu. Vec bude ďalej vedená pod sp.zn. 6S/2325/2012. Poučenie: Proti tomuto uzneseniu nie je možné podať odvolanie ( § 202 ods. 3 písm. a) O.s.p.)</w:t>
      </w:r>
    </w:p>
    <w:p/>
    <w:p>
      <w:r>
        <w:t>Zdroj: KAUZIS.SK – https://www.kauzis.sk/judikatura/r/ECLI:SK:KSBA:2013:1012211216.2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