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1S/2534/2012 z 4. 2. 2013</w:t>
      </w:r>
    </w:p>
    <w:p>
      <w:r>
        <w:t>Uznesenie Krajského súdu Bratislava z 4. februára 2013, sp. zn. 1S/2534/2012, ECLI:SK:KSBA:2013:1012211264.1</w:t>
      </w:r>
    </w:p>
    <w:p>
      <w:r>
        <w:t>Súd: Krajský súd Bratislava</w:t>
      </w:r>
    </w:p>
    <w:p>
      <w:r>
        <w:t>Spisová značka: 1S/2534/2012</w:t>
      </w:r>
    </w:p>
    <w:p>
      <w:r>
        <w:t>ECLI: ECLI:SK:KSBA:2013:1012211264.1</w:t>
      </w:r>
    </w:p>
    <w:p>
      <w:r>
        <w:t>Dátum vydania: 4. 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1S/2534/2012 Identifikačné číslo súdneho spisu: 1012211264 Dátum vydania rozhodnutia: 05. 02. 2013 Meno a priezvisko sudcu, VSÚ: JUDr. Nora Halmová ECLI: ECLI:SK:KSBA:2013:1012211264.1 Uznesenie Krajský súd v Bratislave v právnej veci žalobcu: JAZO, s.r.o., Rebarborová 1, 821 07 Bratislava, IČO: 35 820 535, právne zastúpený: JUDr. Adela Valocká, Na vŕšku 2, 810 00 Bratislava proti žalovanému: Finančné riaditeľstvo Slovenskej republiky, Lazovná 63, 974 01 Banská Bystrica o preskúmanie zákonnosti rozhodnutia žalovaného č. 1100302/1/1251257/2012/1042 zo dňa 07.11.2012, takto r o z h o d o l : Krajský súd v Bratislave o d k l a d á vykonateľnosť rozhodnutia žalovaného č. 1100302/1/1251257/2012/1042 zo dňa 07.11.2012 v spojení s rozhodnutím Daňového úradu Bratislava č. 9102401/5/2031389/2012/Sap zo dňa 10.08.2012 a to až do právoplatnosti rozhodnutia súdu vo veci samej. o d ô v o d n e n i e : Žalobca sa žalobou doručenou Krajskému súdu v Bratislave dňa 27.12.2012 domáhal preskúmania zákonnosti rozhodnutia žalovaného č. 1100302/1/1251257/2012/1042 zo dňa 07.11.2012, ktorým žalovaný zamietol odvolanie žalobcu a potvrdil dodatočný platobný výmer Daňového úradu Bratislava č. 9102401/5/2031389/2012/Sap zo dňa 10.08.2012, ktorým správca dane vyrubil žalobcovi rozdiel dane z pridanej hodnoty za zdaňovacie obdobie november 2009 v sume XX XXX,XX eur. Zároveň žalobca v žalobe zo dňa 18.12.2012 požiadal súd o odklad vykonateľnosti napadnutého rozhodnutia z dôvodu, že okamžitý výkon rozhodnutia v uvedenom objeme by znamenal pre žalobcu jeho likvidáciu. Žalobca je spoločnosťou, ktorej prevažná činnosť spočíva v nákupe a predaji prírodného kameňa a dlažby, ako aj výrobe pomníkov, náhrobných kameňov z urien. Spoločnosť má troch zamestnancov včítane konateľa spoločnosti, bola založená v roku 2001. Okamžitým výkonom rozhodnutia preto hrozí závažná ujma, smerujúca k samotnej likvidácii spoločnosti.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keďže okamžitým výkonom rozhodnutia, zaväzujúceho žalobcu k odvedeniu sumy vo výške XX XXX,XX eur by mu hrozila vážna ujma v majetkovej sfére. Tunajší súd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https://www.kauzis.sk/judikatura/r/ECLI:SK:KSBA:2013:1012211264.1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