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5Sd/355/2012 z 22. 10. 2013</w:t>
      </w:r>
    </w:p>
    <w:p>
      <w:r>
        <w:t>Uznesenie Krajského súdu Bratislava z 22. októbra 2013, sp. zn. 5Sd/355/2012, ECLI:SK:KSBA:2013:1012211272.1</w:t>
      </w:r>
    </w:p>
    <w:p>
      <w:r>
        <w:t>Súd: Krajský súd Bratislava</w:t>
      </w:r>
    </w:p>
    <w:p>
      <w:r>
        <w:t>Spisová značka: 5Sd/355/2012</w:t>
      </w:r>
    </w:p>
    <w:p>
      <w:r>
        <w:t>ECLI: ECLI:SK:KSBA:2013:1012211272.1</w:t>
      </w:r>
    </w:p>
    <w:p>
      <w:r>
        <w:t>Dátum vydania: 22. 10.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5Sd/355/2012 Identifikačné číslo súdneho spisu: 1012211272 Dátum vydania rozhodnutia: 23. 10. 2013 Meno a priezvisko sudcu, VSÚ: JUDr. Milota Tóthová ECLI: ECLI:SK:KSBA:2013:1012211272.1 Uznesenie Krajský súd v Bratislave v právnej veci navrhovateľa J. Č., bytom G. XXXX/XX, H.,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4.12.2012 žiadal preskúmať rozhodnutie odporkyne číslo XXX XXX XXXX X zo dňa 23.11.2012, ktorým odporkyňa zamietla žiadosť o invalidný dôchodok zo dňa 18. októbra 2012 z dôvodu, že navrhovateľ nezískal potrebný počet rokov dôchodkového poistenia na vznik nároku na invalidný dôchodok podľa § 72 ods. 1 písm. a) zákona č. 461/2003 Z.z. o sociálnom poistení v znení zákona č. 721/2004 Z.z. Napriek tomu, že navrhovateľ vo svojom vyjadrení zo dňa 30.9.2013 doslovne neuviedol, že berie svoj návrh na preskúmanie rozhodnutia odporkyne späť, je nepochybné, že smerovalo k tomu, aby súd o jeho návrhu na preskúmanie rozhodnutia ďalej nerozhodoval. Každý úkon je treba posudzovať podľa jeho obsahu, i keď je úkon nesprávne označený (§ 41 ods. 2 Občianskeho súdneho poriadku, ďalej len O.s.p.). Vzhľadom na skutočnosť, že toto podanie došlo súdu skôr, ako mohol vo veci rozhodnúť a že svojím obsahom znamenalo späťvzatie návrhu v celom rozsahu, bolo konanie zastavené.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https://www.kauzis.sk/judikatura/r/ECLI:SK:KSBA:2013:1012211272.1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