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2S/24/2013 z 12. 11. 2013</w:t>
      </w:r>
    </w:p>
    <w:p>
      <w:r>
        <w:t>Rozsudok Krajského súdu Bratislava z 12. novembra 2013, sp. zn. 2S/24/2013, ECLI:SK:KSBA:2013:1013200166.1</w:t>
      </w:r>
    </w:p>
    <w:p>
      <w:r>
        <w:t>Súd: Krajský súd Bratislava</w:t>
      </w:r>
    </w:p>
    <w:p>
      <w:r>
        <w:t>Spisová značka: 2S/24/2013</w:t>
      </w:r>
    </w:p>
    <w:p>
      <w:r>
        <w:t>ECLI: ECLI:SK:KSBA:2013:1013200166.1</w:t>
      </w:r>
    </w:p>
    <w:p>
      <w:r>
        <w:t>Dátum vydania: 12. 11. 2013</w:t>
      </w:r>
    </w:p>
    <w:p>
      <w:r>
        <w:t>Forma: Rozsudok</w:t>
      </w:r>
    </w:p>
    <w:p>
      <w:r>
        <w:t>Oblasť práva: Správne právo</w:t>
      </w:r>
    </w:p>
    <w:p>
      <w:pPr>
        <w:pStyle w:val="Heading2"/>
      </w:pPr>
      <w:r>
        <w:t>Text rozhodnutia</w:t>
      </w:r>
    </w:p>
    <w:p>
      <w:r>
        <w:t>Súd: Krajský súd Bratislava Spisová značka: 2S/24/2013 Identifikačné číslo súdneho spisu: 1013200166 Dátum vydania rozhodnutia: 13. 11. 2013 Meno a priezvisko sudcu, VSÚ: JUDr. Vlastimil Pavlikovský ECLI: ECLI:SK:KSBA:2013:1013200166.1 ROZSUDOK V MENE SLOVENSKEJ REPUBLIKY Krajský súd v Bratislave v senáte zloženom z predsedu senátu Mgr. Viliama Pohančeníka a členov senátu JUDr. Vlastimila Pavlikovského a JUDr. Mariána Trenčana, v právnej veci žalobcu: Lesoochranárske zoskupenie VLK, občianske združenie, IČO: 31 303 862, Tulčík č. 26, zastúpeného: JUDr. Iveta Rajtáková, advokátka, Štúrova 20, Košice, proti žalovanému: Ministerstvo životného prostredia Slovenskej republiky, Námestie Ľ. Štúra č. 1, Bratislava, o preskúmanie zákonnosti rozhodnutia žalovaného č. 8531/2012-1.10 (106/2012-rozkl.) zo dňa 22.11.2012, v pomere hlasov 2:1, takto r o z h o d o l : Krajský súd v Bratislave žalobu z a m i e t a. Účastníkom sa právo na náhradu trov konania nepriznáva. o d ô v o d n e n i e : Žalobou doručenou tunajšiemu súdu dňa 30.01.2013 sa žalobca domáhal preskúmania zákonnosti rozhodnutia ministra životného prostredia SR č. 8531/2012-1.10 (106/2012-rozkl.) zo dňa 22.11.2012, ktorým bol zamietnutý rozklad žalobcu a bolo potvrdené rozhodnutie žalovaného vydané v prvom stupni č. 7454/2012-2.2 zo dňa 11.10.2012 o povolení výnimky podľa § 40 ods. 2,3 písm. c/ zákona č. 543/2002 Z.z. o ochrane prírody a krajiny v znení neskorších predpisov (ďalej aj len ako „zákon č. 543/2002 Z.z.“ alebo „zákon o ochrane prírody“) zo zákazov ustanovených v § 35 ods. 1 písm. a/ a f/ zákona č. 543/2002 Z.z., a to usmrtenie jedného jedinca medveďa hnedého do 15.12.2012 žiadateľovi Poľovnícke združenie Háje, v intraviláne obce Kľačno alebo najviac 200 m od zastavaného územia obce alebo v Kušnierskej doline v blízkosti včelárskych zariadení alebo v areáli chovu hovädzieho dobytka obchodnej spoločnosti Vjarspol, s.r.o.. Žalobca, ktorý sa zúčastnil uvedeného správneho konania ako jeho účastník, v žalobe namietal, že v konaní bolo porušené jeho právo vyjadriť sa k podkladom rozhodnutia a k spôsobu ich zistenia a navrhnúť ich doplnenie. Poukázal na § 3 ods. 2 a § 33 ods. 2 správneho poriadku a tvrdil, že síce ho žalovaný vyzval na vyjadrenie sa ku konaniu a k podkladom rozhodnutia pred vydaním rozhodnutia, avšak zároveň žalovaný vo svojej výzve konštatoval, že bolo vo veci ukončené zisťovanie stavu veci a obstarávanie podkladov. To v žalobcovi vyvoláva pochybnosti, či žalovaný vôbec prikladal k jeho vyjadreniu akýkoľvek význam. Žalobca ďalej uviedol, že žiadal od žalovaného, aby mu zaslal všetky zadovážené podklady rozhodnutia poukazujúc pritom na § 23 správneho poriadku. Žalovaný žiadosti nevyhovel s vysvetlením, že mu povinnosť zasielať kópiu spisu účastníkom správneho konania v zmysle § 33 ods. 2 správneho poriadku nevyplýva. S takouto argumentáciou žalobca nesúhlasil. Žalobca nesúhlasil ani s dôvodmi udelenia výnimky zo zákazov ustanovených v § 35 ods. 1 písm. c/ zákona o ochrane prírody, keď podľa jeho názoru z rozhodnutia vydaného v prvom stupni nevyplýva opodstatnenosť udelenia výnimky so zreteľom na ustanovenie § 40 ods. 1, 3 tohto zákona. V odôvodnení prvostupňového rozhodnutia sa uvádzajú len všeobecné konštatácie, ktoré sa opakujú vo všetkých žalovaného rozhodnutiach. Nemožno z nich vyvodiť, ktoré konkrétne skutočnosti viedli k záveru, že je vhodné udeliť predmetnú výnimku a že k tomu boli naplnené i zákonné predpoklady. Takýto postup považoval za rozporný s § 47 ods. 3 správneho poriadku. Žalobca s poukazom na § 40 ods. 2, ods. 3 zákona č. 543/2002 Z.z. namietal tiež nedostatočné zistenie skutkového stavu a tvrdil, že správny orgán mal zisťovať odôvodnenosť žiadosti o udelenie výnimky na usmrtenie medveďa hnedého a tiež splnenie zákonom stanovených podmienok. Na základe uvedených skutočností žalobca žiadal žalobou napadnuté rozhodnutie žalovaného ako aj jeho prvostupňové rozhodnutie zrušiť a vec vrátiť žalovanému na ďalšie konanie. Žalovaný v písomnom vyjadrení k obsahu žaloby uviedol, že žalobcovi vyjadriť sa k podkladom rozhodnutia umožnil. O tejto možnosti bol žalobca upovedomený listom „Oboznámenie sa s podkladmi pre rozhodnutie a k spôsobu ich zistenia pred vydaním rozhodnutia“ zo dňa 20.09.2012. Žalovaný zotrval na svojom názore, že právo žalobcu nebolo porušené a že z ustanovenia § 23 ods. 1 správneho poriadku žalovanému (správnemu orgánu) nevyplýva povinnosť zasielať účastníkovi správneho konania kópiu administratívneho spisu. Postup, ktorý zvolil žalovaný, je štandardným postupom v administratívnych konaniach, kópie spisov sa účastníkom nezasielajú, ale sa vyžaduje aktívna súčinnosť účastníka, napríklad v podobe vykonania nahliadnutia do spisu. Žalovaný ďalej uviedol, že v konaní bol riadne zistený skutkový stav, pričom ohrozenie zdravia a života obyvateľov v zmysle § 40 ods. 3 písm. c/ zák. č. 543/2002 Z.z. mal správny orgán preukázaný zo stanoviska ŠOP SR (Štátna ochrana prírody) ktorá posúdila žiadosť poľovníckej organizácie a na základe poznatkov z konkrétnej lokality odporučila povoliť požadovanú výnimku. K námietkam týkajúcim sa nepreskúmateľnosti napadnutého rozhodnutia a výhradám ku zhode niektorých častí odôvodnenia viacerých žalovaného rozhodnutí žalovaný uviedol, že podobnosti v odôvodnení rozhodnutí vydaných v skutkovo podobných prípadoch sú podľa žalovaného spôsobené skutočnosťou, že vo všetkých posudzovaných prípadoch je skutkový stav veci v základných črtách rovnaký, nakoľko sa jedná o povolenie výnimky na odstrel chráneného druhu živočícha - medveďa hnedého z dôvodu jeho premnoženia na určitých lokalitách, kde hrozí stret tohto živočícha s ľuďmi a kde je odôvodnená potreba predchádzať stretom s medveďmi v záujme verejného zdravia alebo verejnej bezpečnosti ľudí. Podobnosť v odôvodneniach jednotlivých rozhodnutí je podľa žalovaného daná tiež potrebou dodržania zásady materiálnej rovnosti podľa § 3 ods. 5 správneho poriadku, podľa ktorej správne orgány dbali na to, aby v rozhodovaní o skutkovo zhodných alebo podobných prípadoch nevznikali neodôvodnené rozdiely. Žalovaný ďalej uviedol, že podané žiadosti užívateľov poľovných revírov každoročne posudzuje z podkladov, ktoré mu pripravuje ŠOP SR na základe zisťovania vývoja populácie medveďa hnedého na celom území SR i v jeho jednotlivých geomorfologických celkoch. Vyhodnocované sú evidované škody spôsobené týmto živočíchom na hospodárskych zvieratách, ale aj možné ohrozenia obyvateľov, pričom jednotlivé správy chránených oblastí, ktoré sú súčasťami ŠOP SR, hodnotia každú jednotlivú žiadosť s prihliadnutím na konkrétne podmienky výskytu medveďa hnedého na lokalitách špecifikovaných v žiadosti a s prihliadnutím na opodstatnenosť povolenia výnimky na odstrel medveďa hnedého pri súčasnom splnení podmienok stanovených v § 40 ods. 3 zák. č. 543/2002 Z.z.. Žalovaný odmietol, že v rozhodnutiach sú uvedené iba všeobecné konštatovania a že sa správny orgán nevysporiadal s konkrétnymi námietkami žalobcu a s konkrétnou situáciou vyplývajúcou z predloženej žiadosti o povolenie výnimky. Z uvedených dôvodov navrhol žalovaný žalobu ako nedôvodnú zamietnuť. Krajský súd v Bratislave ako súd vecne a miestne príslušný na konanie vo veci (§ 246 ods. 1 O.s.p.) na nariadenom pojednávaní preskúmal napadnuté rozhodnutie v rozsahu dôvodov uvedených v žalobe (§ 249 ods. 2 O.s.p.), ako aj konanie, ktoré mu predchádzalo a dospel k záveru, že vydané rozhodnutia i postup žalovaného boli v súlade so zákonom.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Z pripojených administratívnych spisov žalovaného súd zistil, že dňa 06.09.2012 bola žalovanému doručená žiadosť poľovníckej organizácie o udelenie výnimky z § 35 ods. 1 zák. č. 543/2002 Z.z. za účelom lovu medveďa hnedého - škodníka. V žiadosti žiadateľ uviedol, že o povolenie výnimky žiada z dôvodu ochrany života, zdravia a majetku občanov, pretože medveď, na ktorého ulovenie sa výnimka žiada, stratil prirodzenú plachosť a pravidelne navštevuje intravilány obcí. K žiadosti žiadateľ doložil potvrdenie včelára o škodách spôsobených mu medveďom na včelstvách v tesnej blízkosti intravilánu obce Kľačno v auguste 2012, potvrdenie obyvateľky obce Kľačno o vniknutiach medveďa do záhrad rodinných domov v obci Kľačno v čase dozrievania jabĺk a potvrdenie obchodnej spoločnosti Vjarspol, s.r.o. o pravidelnom pohybe medveďa v blízkosti areálu s hovädzím dobytkom a v poraste kukurice. Na základe žiadosti žalovaného vypracovala ŠOP SR stanovisko k odlovu medveďa hnedého, v ktorom uviedla čas, spôsob a podmienky odlovu, pričom navrhla povoliť výnimku na lov jedného jedinca. Ďalej sa v stanovisku ŠOP SR uvádza, že v súčasnosti na Slovensku neexistuje subjekt schopný technicky zabezpečiť odchyt alebo odplašenie problematických jedincov medveďa hnedého, pričom o odchytené jedince je v SR i v zahraničí malý alebo žiadny záujem. Listom zo dňa 20.09.2012 žalovaný informoval žalobcu o tom, že bola podaná vyššie opísaná žiadosť, ktorú ŠOP SR vo svojom stanovisku považuje za opodstatnenú. Zároveň bol žalobca vyzvaný, aby sa k veci a podkladom rozhodnutia vyjadril Rozhodnutím č. 7454/2012-2.2 zo dňa 11.10.2012 žalovaný v zmysle § 40 ods. 2 ods. 3 písm. c/ povolil výnimku zo zákazov ustanovených v § 35 ods. 1 písm. a/, f/ zákona č. 543/2002 Z.z. a povolil žiadateľovi usmrtiť - odstreliť - jedného jedinca medveďa hnedého, pričom stanovil podmienky rozhodnutia v zmysle § 82 ods. 12 zákona. V odôvodnení rozhodnutia žalovaný poukázal na žiadosť žiadateľa a tiež na stanovisko ŠOP SR k tejto žiadosti, pričom argumentáciu ŠOP SR zrekapituloval. V rozhodnutí žalovaný dodal, že žalobca od momentu, kedy sa stal účastníkom konania, bol o jeho konaní informovaný a tiež mu bolo umožnené vyjadriť sa k podkladom rozhodnutia a k spôsobu ich zistenia. Taktiež bolo žalobcovi umožnené nahliadnuť do spisu. Žalovaný ďalej uviedol, že podľa zistených údajov ŠOP SR i žiadateľa o výnimku populácia medveďa hnedého v poľovnom revíry nie je ohrozená, naopak všetko nasvedčuje tomu, že tento chránený druh živočícha v tomto revíry prosperuje a jeho populácia narastá. Niet preto podľa žalovaného dôvod spochybňovať splnenie základnej podmienky pre povolenie výnimky na usmrtenie tohto živočícha, ktorou je, že povolená výnimka neohrozí zachovanie populácie tohto druhu. V súvislosti s posúdením existencie alternatívy k povoleniu výnimky sa žalovaný zaoberal možnosťou odchytu medveďov a ich prípadného umiestnenia do ZOO alebo do iných lokalít, pričom oslovil všetky ZOO v SR aj ČR, ktoré však o medveďa hnedého neprejavili záujem. Nerealizovateľné je tiež podľa žalovaného premiestňovanie medveďov do iných lokalít z dôvodu, že odchytené synantropné medvede sú navyknuté hľadať potravu pri ľudských obydliach, čím by sa len problém preniesol na iné miesto. Žalovaný tiež uviedol, že aby sa predišlo k stretom medveďov s ľuďmi, je potrebné udržiavať populáciu medveďa hnedého v takom počte a na takom areáli, aby nedokázalo k jeho rozširovaniu tam, kde nie je dostatok prirodzenej potravy. Povolenie výnimky na usmrtenie medveďa hnedého v stanovenej lokalite je podľa žalovaného možné považovať za riešenie preventívneho charakteru, ktoré je v záujme ochrany a bezpečnosti obyvateľov tak, ako to vyžaduje § 40 ods. 3 písm. c/ zákona č. 543/2002 Z.z. Proti prvostupňovému rozhodnutiu žalovaného podal žalobca rozklad, o ktorom rozhodol žalovaný žalobou napadnutým rozhodnutím tak, že rozklad zamietol a prvostupňové rozhodnutie potvrdil. Odôvodnenie žalobou napadnutého rozhodnutia je argumentačne obdobné ako vyjadrenie žalovaného ku žalobe. Podľa § 32 ods. 1, 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33 ods. 1, 2 správneho poriadku účastník konania a zúčastnená osoba má právo navrhovať dôkazy a ich doplnenie a klásť svedkom a znalcom otázky pri ústnom pojednávaní a miestnej ohliadke. Správny orgán je povinný dať účastníkov konania a zúčastneným osobám možnosť, aby sa pred vydaním rozhodnutia mohli vyjadriť k jeho podkladu i k spôsobu jeho zistenia, prípadne navrhnúť jeho doplnenie. Podľa § 23 ods. 1, 4 správneho poriadku účastníci konania a ich zástupcovia a zúčastnené osoby majú právo nazerať do spisov, robiť si z nich výpisy, odpisy a dostať kópie spisov s výnimkou zápisníc o hlasovaní alebo dostať informáciu zo spisov s výnimkou zápisníc o hlasovaní iným spôsobom. Správny orgán poskytuje kópie spisov za úhradu materiálnych nákladov spojených so zhotovením kópií, zadovážením technických nosičov a s ich odoslaním.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mohla mať vplyv na zákonnosť napadnutého rozhodnutia. Povinnosťou žalovaného v konaní o udelenie výnimky zo zákazov ustanovených zákonom č. 543/2002 Z.z. je postupovať podľa správneho poriadku, ktorého právnemu režimu toto konanie podlieha. Jednou z povinností žalovaného v predmetnom konaní bolo postupovať v súčinnosti s účastníkmi, teda aj so žalobcom. Inštitút súčinnosti je upravený na viacerých miestach správneho poriadku (§ 3 ods. 2, § 33 ods. 2, § 56) a vyjadruje vzájomnú jednotu práv a povinností účastníka správneho konania, ktorý má právo navrhovať dôkazy, ale na potvrdenie svojho tvrdenia má súčasne aj povinnosť dôkazy správnemu orgánu predkladať, pričom nesplnenie tejto povinnosti má za následok neunesenie jeho dôkaznej povinnosti podmieňujúcej výsledok konania. Nesplnenie tejto povinnosti však nezbavuje správny orgán zistiť vo veci skutočný stav, keďže túto povinnosť správnemu orgánu ukladá zákonodarca v ustanovení § 32 ods. 1 správneho poriadku. Správny orgán zabezpečuje zisťovanie skutkových okolností z úradnej povinnosti, aj keď je účastník nečinný a správnemu orgánu nenavrhuje alebo nepredkladá žiadne dôkazy a k veci samej sa žiadnym spôsobom nevyjadruje. Účastník má v zmysle § 33 správneho poriadku tiež právo vyjadrovať sa k podkladom rozhodnutia, ktoré zabezpečil správny orgán v priebehu konania, a to v ktoromkoľvek štádiu konania. Môže sa vyjadriť k jednotlivým dôkazom i k celkovému spôsobu prípravy podkladov, môže sa vyjadriť k otázkam skutkovým i právnym. Zmyslom takto široko koncipovaného oprávnenia je predísť neskorším možným námietkam účastníka, ktoré by mohli viesť k prieťahom v konaní alebo iným komplikáciám. Z uvedených dôvodov povinnosťou správneho orgánu je umožniť účastníkovi, aby sa pred vydaním rozhodnutia oboznámil s dôkazmi a so všetkými podkladmi pre rozhodnutie vo veci, aby mal účastník zo skutkového hľadiska všetky informácie, ktoré má pred vydaním rozhodnutia správny orgán. Za týmto účelom by mal správny orgán oznámiť účastníkovi, že proces zhromažďovania podkladov rozhodnutia bol ukončený a že má možnosť sa pred vydaním rozhodnutia k veci vyjadriť. Správny orgán v konaní môže pokračovať a teda vydať rozhodnutie aj bez vyjadrenie účastníka, ak sa účastník svojho práva na vyjadrenie výslovne vzdá, alebo ostane v stanovenej lehote nečinný. Pokiaľ správny orgán vydá rozhodnutie vo veci samej bez toho, aby umožnil účastníkovi vyjadriť sa ku všetkým relevantným podkladom, na základe ktorých vo veci rozhodol, ide o procesné pochybenie správneho orgánu a teda o takú vadu, ktorá môže mať vplyv na zákonnosť rozhodnutia (porovnaj napr. rozsudky Najvyššieho súdu SR 6Sžo/55/2010, 5Sž/24/2008, 4Sžo/10/2011, 3Sžd/72/2009, rozsudky Najvyššieho správneho súdu ČR 7A 112/2002 a 7As 40/2003) Z preskúmavaných rozhodnutí i z administratívneho spisu vyplýva, že okrem už spomínaných stanovísk ŠOP SR boli podkladom pre rozhodnutie žalovaného i žiadosť poľovníckej organizácie o udelenie výnimky a k nej pripojené prílohy týkajúce sa nežiaduceho správania sa medveďa hnedého v danom území, či lokalite. Je nesporné, že žalobcovi neboli v priebehu konania tieto podklady doručené s tým, aby sa k nim vyjadril. Bolo mu iba oznámené, že má v zmysle § 23 správneho poriadku právo nazrieť osobne do spisu. Uvedený postup žalovaného bol podľa názoru súdu v rozpore s § 3 ods. 2 v spojení s § 33 ods. 2 správneho poriadku, nakoľko žalovaný neumožnil, aby sa žalobca mohol pred vydaním rozhodnutia vyjadriť ku všetkým podkladom, o ktoré správny orgán oprel svoje rozhodnutie, k spôsobu ich zistenia, prípadne navrhnúť ich doplnenie. Žalobca naviac vo svojom vyjadrení k začatému konaniu výslovne žiadal o možnosť oboznámiť sa s uvedenými podkladmi. Súd je toho názoru, že za daných okolností žalovaný mal žiadosť o udelenie výnimky a k nej pripojené prílohy, ako aj všetky ostatné podklady, na základe ktorých rozhodoval, žalobcovi predložiť na vyjadrenie či už v elektronickej podobe alebo doručením ich fotokópií (napr. aj za náhradu nákladov s tým spojených). Súd je tej mienky, že právo účastníka vyjadriť sa k podkladom rozhodnutia nemožno zamieňať s právom nazerať do spisov správneho orgánu a tvrdiť, že pokiaľ má účastník právo nazrieť do spisu, nemôže byť porušené jeho právo vyjadriť sa k podkladom rozhodnutia, pretože ide o dve samostatné a vzájomne nezastupiteľné oprávnenia, každým z nich sa sleduje iný účel. Naplnenie práva na vyjadrenie sa k podkladom rozhodnutia sa môže nepochybne realizovať aj inou formou, ako možnosťou nazrieť do spisu. Predmetné procesné pochybenie predstavuje takú vadu konania, ktorá by bez ďalších súdom zistených okolností mohla mať vplyv na zákonnosť napadnutého rozhodnutia. Ako však vyplýva z administratívneho spisu, zistenia ŠOP SR poskytnuté žalovanému v jej stanovisku ale hlavne potvrdenia priložené k žiadosti o povolenie výnimky boli tak závažné, že súd nemal pochýb o potrebe zásahu štátnej moci do pre človeka nepriaznivého, život a zdravie ohrozujúceho stavu. Vyššie uvedený procesný nedostatok v postupe žalovaného, ktorý neumožnil žalobcovi ako účastníkovi správneho konania realizovať v rámci konania právo vyplývajúce z § 32 ods. 2 správneho poriadku, nemal za daných okolností podľa názoru súdu vplyv na zákonnosť napadnutého rozhodnutia a nebolo preto potrebné zrušiť žalobou napadnuté rozhodnutie podľa § 250j ods. 2 písm. e/ O.s.p. Podľa § 35 ods. 1 zákona č. 543/2002 Z.z. chráneného živočícha je zakázané a) úmyselne odchytávať alebo usmrcovať v jeho prirodzenom areáli vo voľnej prírode, b) úmyselne rušiť, najmä v období rozmnožovania, výchovy mláďat, zimného spánku alebo sťahovania, c) úmyselne poškodzovať, ničiť alebo zbierať jeho vajcia vo voľnej prírode, d) poškodzovať alebo ničiť miesta jeho rozmnožovania alebo odpočinku, e) medzidruhovo krížiť, f) držať, prepravovať, predávať, vymieňať alebo ponúkať na predaj alebo výmenu. Podľa § 40 ods. 2 zákona č. 543/2002 Z.z. orgán ochrany prírody môže v odôvodnených prípadoch povoliť výnimku z podmienok ochrany chránených druhov, vybraných druhov rastlín a vybraných druhov živočíchov, a to len v prípade, že neexistuje iná alternatíva a výnimka neohrozí zachovanie populácií dotknutých druhov; ak ide o druhy vtákov a vybrané druhy živočíchov uvedené v osobitnom predpise, výnimku na ich lov povoľuje ministerstvo pôdohospodárstva Podľa § 40 ods. 3 zákona č. 543/2002 Z.z. výnimku podľa odseku 2 možno povoliť a) v záujme ochrany dotknutých druhov alebo ochrany prírodných biotopov, b) pri predchádzaní závažných škôd na úrode, hospodárskych zvieratách, lesoch, chove rýb, vodnom hospodárstve a ak sa výnimka nevzťahuje na druhy voľne žijúcich vtákov, aj pri predchádzaní závažných škôd na inom type majetku, c) v záujme verejného zdravia alebo verejnej bezpečnosti ľudí a ak sa výnimka nevzťahuje na druhy voľne žijúcich vtákov, aj v záujme iných nevyhnutných dôvodov vyššieho verejného záujmu vrátane tých, ktoré majú sociálny alebo hospodársky charakter a tých ktoré majú priaznivé dôsledky zásadného významu na životné prostredie, d) na účely výskumu a vzdelávania, obnovy populácie dotknutých druhov a ich navrátenia do biotopov alebo na ich pestovanie alebo chov v ľudskej opatere nevyhnutný na tieto účely, e) na odber, odchyt alebo držbu jedincov v malom počte za prísne kontrolovaných podmienok, na selektívnom základe a v obmedzenom rozsahu. Pokiaľ ide o hmotnoprávnu stránku veci, súd rovnako ako v rozhodnutiach týkajúcich sa povoľovania výnimiek na odstrel medveďa hnedého v roku 2007 (napr. sp. zn. 2S 233/07) konštatuje, že celoročná druhová ochrana medveďa hnedého ako chráneného živočícha európskeho významu je zabezpečená na základe zákona č. 543/2002 Z.z., ktorý ustanovuje v súvislosti s uvedeným živočíšnym druhom zakázané činnosti a zároveň aj podmienky, za ktorých možno povoliť výnimku z ochrany. Povoliť výnimku možno len za predpokladu, že neexistuje iná alternatíva a zároveň udelená výnimka neohrozí zachovanie populácie dotknutého druhu, pričom pre povolenie výnimky musí byť súčasne splnený niektorý z taxatívne vymedzených dôvodov uvedených v § 40 ods. 3 zák. č. 543/2002 Z.z. Zo stanovísk ŠOP SR k žiadostiam o povolenie výnimky i zo samotných žiadostí poľovníckych združení je zrejmé, že medveď hnedý ako chránený živočíšny druh na území Slovenska prosperuje a jeho populácia narastá, pričom na tomto trende nič nemení ani každoročný odstrel medveďov na základe povolených výnimiek. Súd nie je kompetentný spochybňovať údaje odborných organizácií ŠOP SR konštatujúce pozitívny vývoj populácie tohto živočíšneho druhu na Slovensku a tým ani splnenie základnej podmienky pre povolenie výnimky na usmrtenie medveďa hnedého, ktorou je skutočnosť, že povolená výnimka neohrozí zachovanie populácie tohto druhu. Uvedenú podmienku považoval súd za splnenú aj napriek tomu, že žalovaný mal k dispozícii pri rozhodovaní o povolení výnimky len kvalifikované odhady o počtoch medveďov v poľovných revíroch, nakoľko sčítanie populácie tohto druhu na Slovensku stále neprebehlo. Rovnako súd nie je kompetentný posúdiť ani existenciu inej reálnej alternatívy k povoleniu výnimky. Preto mohol len konštatovať, že pokiaľ sa žalovaný v tejto súvislosti zaoberal možnosťou odchytu medveďov a ich prípadného umiestnenia napr. do niektorej ZOO, pričom žiadna z nich o medveďa hnedého neprejavila záujem, nepostupoval v rozpore so zákonom. Navyše z povahy veci je zrejmé, že pokiaľ dochádza k ohrozeniu zdravia a bezpečnosti obyvateľov najmä v dôsledku synantropizácie medveďa hnedého v posudzovaných lokalitách, nie je možné v reálnom čase situáciu riešiť inak, ako udelením výnimky na usmrtenie tohto živočícha. Naďalej platí, že populáciu medveďa hnedého v rámci celého Slovenska je potrebné udržiavať v takom počte a na takom areáli, aby nedochádzalo k jeho rozširovaniu do tej oblasti, kde nie je dostatok prirodzenej potravy, kde je však omnoho väčšia ponuka potravy z umelých zdrojov, ktorých preferenciou by sa zvyšovala hrozba vzniku závažných škôd na majetku i na bezpečnosti a zdraví obyvateľstva. Povolenie výnimky z dôvodu podľa § 40 ods. 3 písm. c/ zák. č. 543/2002 Z.z. je možné len vtedy, keď z konkrétnych okolností existujúcich v danom území, pre ktoré sa výnimka požaduje, možno vyvodiť ohrozenie záujmu na ochrane bezpečnosti a zdravia obyvateľov daného územia. Ako súd v minulosti konštatoval v rozhodnutiach týkajúcich sa povoľovania výnimiek na odstrel medveďa hnedého, ak má byť dôvodom pre povolenie výnimky ochrana zdravia a bezpečnosti obyvateľov, mal by správny orgán v konaní požadovať od žiadateľa doloženie určitej formy monitoringu pohybu najmä synantropných medveďov v blízkosti ľudských sídiel a zdokumentovať prípady agresívneho správania medveďov, aby bolo možné z takýchto konkrétnych okolností vyvodiť opodstatnenú obavu o zdravie a bezpečnosť obyvateľov. Povolenie výnimky z uvedeného dôvodu má mať predovšetkým preventívny charakter, jej realizáciou sa má predchádzať nebezpečným stretom človeka s medveďom predovšetkým mimo miest jeho prirodzeného výskytu, najmä v intraviláne obcí a v blízkosti ľudských obydlí. Keďže poľovný revír, ktorého sa žiadosť o výnimku týka, je prirodzeným miestom výskytu medveďa hnedého, nie je podľa názoru súdu možné z každého prípadného stretu človeka s týmto zvieraťom vyvodiť reálnu hrozbu pre život a zdravie obyvateľstva. Musí ísť o zdokumentovaný výskyt jedincov tohto živočíšneho druhu mimo svojho prirodzeného lesného areálu, kde jeho prítomnosť predstavuje reálnu hrozbu pre človeka. V konaní začatom na základe žiadosti vyššie spomínanej poľovníckej organizácie boli k žiadosti doložené dôkazy, ktoré podľa názoru súdu dostatočne preukazujú dôvodnosť obavy o bezpečnosť a zdravie obyvateľov dotknutej obce. Medvede pohybujúce sa v bezprostrednej blízkosti ľudských obydlí sú dôkazom o synantropizácii medveďov v danej lokalite a nepochybne predstavujú skutočné nebezpečenstvo pre ľudí, ktorí sa celkom prirodzene cítia ohrození. Záujem na ochrane prírody musí za daných okolností ustúpiť prioritnému záujmu na ochrane života a zdravia obyvateľov tak, ako to predpokladá právny poriadok. Na základe uvedených skutkových zistení je podľa názoru súdu možné urobiť záver o tom, že sú splnené zákonné podmienky pre povolenie výnimky podľa § 40 ods. 3 písm. c/ zákona č. 543/2002 Z.z., pretože zo zhromaždených podkladov rozhodnutia v predmetnej veci vyplýva, že ohrozenie zdravia a bezpečnosti obyvateľov v predmetných lokalitách je natoľko závažné, že výrazne prevyšuje záujem na ochrane živočíšneho druhu medveďa hnedého. Súd zdôrazňuje, že prísna druhová ochrana tohto živočícha si vyžaduje dôkladné zdokumentovanie pohybu jedincov medveďa hnedého mimo svoj prirodzený areál, z ktorého by bola zrejmá potreba chrániť záujem na ochrane zdravia a bezpečnosti obyvateľov povolením výnimky. Pokiaľ príslušné organizácie ŠOP SR v spolupráci so žiadateľmi či s dotknutými obcami monitorujú pohyb medveďov v blízkosti ľudských obydlí a v intravilánoch obcí, je potrebné, aby takýto monitoring žalovanému na účely rozhodovania o povolení výnimiek poskytli, čím by sa zjednodušila dôkazná situácia v týchto konaniach a proces povoľovania výnimiek by sa stal transparentnejším. Vzhľadom na uvedené dospel Krajský súd v Bratislave po preskúmaní veci k záveru, že napadnuté rozhodnutie i postup žalovaného boli z hľadiska žalobných dôvodov v medziach zákona. Nakoľko námietky žalobcu neodôvodňovali zrušenie tohto rozhodnutia, postupoval súd podľa § 250j ods. 1 O.s.p. a žalobu zamietol. O trovách konania rozhodol súd podľa § 250k ods. 1 O.s.p. a nepriznal účastníkom právo na náhradu trov konania, nakoľko žalobca vo veci úspech nemal a žalovanému právo na náhradu trov konania o preskúmanie zákonnosti jeho rozhodnutia nepatrí. Toto rozhodnutie senát Krajského súdu v Bratislave prijal pomerom hlasov 2 : 1 (§ 3 ods. 9 zákona č. 757/2004 Z.z. v znení zákona č. 33/2011 Z.z.). Poučenie: Proti tomuto rozsudku je možné podať odvolanie v lehote 15 dní odo dňa jeho doručenia, a to písomne, v štyroch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https://www.kauzis.sk/judikatura/r/ECLI:SK:KSBA:2013:1013200166.1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